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C24CF" w14:textId="77777777" w:rsidR="007378A8" w:rsidRDefault="00255771" w:rsidP="007378A8">
      <w:pPr>
        <w:pStyle w:val="Heading1"/>
        <w:spacing w:before="0"/>
        <w:jc w:val="center"/>
      </w:pPr>
      <w:r>
        <w:t>12 Chemistry Ch 3.3 Bomb Calorimetry</w:t>
      </w:r>
    </w:p>
    <w:p w14:paraId="6113BBB1" w14:textId="48B6D35F" w:rsidR="005B256C" w:rsidRDefault="00244815" w:rsidP="007378A8">
      <w:pPr>
        <w:pStyle w:val="Heading2"/>
        <w:jc w:val="center"/>
      </w:pPr>
      <w:r>
        <w:t xml:space="preserve">A Three-Step </w:t>
      </w:r>
      <w:r w:rsidR="00255771">
        <w:t>Quokka Schema</w:t>
      </w:r>
    </w:p>
    <w:p w14:paraId="1F8BC57C" w14:textId="2A1C05BD" w:rsidR="005B256C" w:rsidRPr="00055623" w:rsidRDefault="00244815" w:rsidP="00055623">
      <w:pPr>
        <w:jc w:val="center"/>
        <w:rPr>
          <w:iCs/>
        </w:rPr>
      </w:pPr>
      <w:r w:rsidRPr="00055623">
        <w:rPr>
          <w:iCs/>
          <w:sz w:val="28"/>
        </w:rPr>
        <w:t>Calculating Enthalpy of Combustion</w:t>
      </w:r>
    </w:p>
    <w:p w14:paraId="78B721FB" w14:textId="77777777" w:rsidR="00365104" w:rsidRPr="00365104" w:rsidRDefault="00365104" w:rsidP="002E001D">
      <w:pPr>
        <w:pStyle w:val="Heading3"/>
      </w:pPr>
      <w:r>
        <w:t>What do quokkas have to do with bomb calorimetry?</w:t>
      </w:r>
    </w:p>
    <w:p w14:paraId="6AFC2A43" w14:textId="67E2D456" w:rsidR="005B256C" w:rsidRDefault="00E34D49" w:rsidP="001915A2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 wp14:anchorId="4940BB96" wp14:editId="26178562">
                <wp:simplePos x="0" y="0"/>
                <wp:positionH relativeFrom="column">
                  <wp:posOffset>3147695</wp:posOffset>
                </wp:positionH>
                <wp:positionV relativeFrom="paragraph">
                  <wp:posOffset>106045</wp:posOffset>
                </wp:positionV>
                <wp:extent cx="3194050" cy="2870200"/>
                <wp:effectExtent l="0" t="0" r="19050" b="0"/>
                <wp:wrapTight wrapText="bothSides">
                  <wp:wrapPolygon edited="0">
                    <wp:start x="0" y="0"/>
                    <wp:lineTo x="0" y="21504"/>
                    <wp:lineTo x="21385" y="21504"/>
                    <wp:lineTo x="21643" y="2007"/>
                    <wp:lineTo x="21643" y="0"/>
                    <wp:lineTo x="0" y="0"/>
                  </wp:wrapPolygon>
                </wp:wrapTight>
                <wp:docPr id="25834640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94050" cy="2870200"/>
                          <a:chOff x="0" y="0"/>
                          <a:chExt cx="4467241" cy="3680460"/>
                        </a:xfrm>
                      </wpg:grpSpPr>
                      <pic:pic xmlns:pic="http://schemas.openxmlformats.org/drawingml/2006/picture">
                        <pic:nvPicPr>
                          <pic:cNvPr id="908720345" name="Picture 1" descr="Diagram of a bomb calorimeter&#10;&#10;AI-generated content may be incorrect.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b="74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06900" cy="3680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13283897" name="Text Box 2"/>
                        <wps:cNvSpPr txBox="1"/>
                        <wps:spPr>
                          <a:xfrm>
                            <a:off x="2245489" y="0"/>
                            <a:ext cx="2221752" cy="32409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23B6D49" w14:textId="77777777" w:rsidR="00E34D49" w:rsidRDefault="00E34D49" w:rsidP="00E34D49">
                              <w:r>
                                <w:t xml:space="preserve">Image: </w:t>
                              </w:r>
                              <w:hyperlink r:id="rId9" w:history="1">
                                <w:proofErr w:type="spellStart"/>
                                <w:r w:rsidRPr="001915A2">
                                  <w:rPr>
                                    <w:rStyle w:val="Hyperlink"/>
                                  </w:rPr>
                                  <w:t>LibreTexts</w:t>
                                </w:r>
                                <w:proofErr w:type="spellEnd"/>
                                <w:r w:rsidRPr="001915A2">
                                  <w:rPr>
                                    <w:rStyle w:val="Hyperlink"/>
                                  </w:rPr>
                                  <w:t xml:space="preserve"> Chemistry</w:t>
                                </w:r>
                              </w:hyperlink>
                            </w:p>
                            <w:p w14:paraId="7C5A8B42" w14:textId="77777777" w:rsidR="00E34D49" w:rsidRDefault="00E34D49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40BB96" id="Group 3" o:spid="_x0000_s1026" style="position:absolute;left:0;text-align:left;margin-left:247.85pt;margin-top:8.35pt;width:251.5pt;height:226pt;z-index:-251660288;mso-width-relative:margin;mso-height-relative:margin" coordsize="44672,3680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alt="Diagram of a bomb calorimeter&#10;&#10;AI-generated content may be incorrect." style="position:absolute;width:44069;height:3680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">
                  <v:imagedata r:id="rId10" o:title="Diagram of a bomb calorimeter&#10;&#10;AI-generated content may be incorrect" cropbottom="4853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22454;width:22218;height:32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" fillcolor="white [3201]" strokeweight=".5pt">
                  <v:textbox>
                    <w:txbxContent>
                      <w:p w14:paraId="623B6D49" w14:textId="77777777" w:rsidR="00E34D49" w:rsidRDefault="00E34D49" w:rsidP="00E34D49">
                        <w:r>
                          <w:t xml:space="preserve">Image: </w:t>
                        </w:r>
                        <w:hyperlink r:id="rId11" w:history="1">
                          <w:r w:rsidRPr="001915A2">
                            <w:rPr>
                              <w:rStyle w:val="Hyperlink"/>
                            </w:rPr>
                            <w:t>LibreTexts Chemistry</w:t>
                          </w:r>
                        </w:hyperlink>
                      </w:p>
                      <w:p w14:paraId="7C5A8B42" w14:textId="77777777" w:rsidR="00E34D49" w:rsidRDefault="00E34D49"/>
                    </w:txbxContent>
                  </v:textbox>
                </v:shape>
                <w10:wrap type="tight"/>
              </v:group>
            </w:pict>
          </mc:Fallback>
        </mc:AlternateContent>
      </w:r>
      <w:r>
        <w:t>Bomb calorimetry is an experimental technique used to measure the</w:t>
      </w:r>
      <w:r w:rsidR="004617E9">
        <w:t xml:space="preserve"> heat </w:t>
      </w:r>
      <w:r w:rsidR="001E71DE">
        <w:t xml:space="preserve">released during </w:t>
      </w:r>
      <w:r>
        <w:t>combustion reactions</w:t>
      </w:r>
      <w:r w:rsidR="001E71DE">
        <w:t xml:space="preserve"> which can then be used to calculate the heat of combustion (</w:t>
      </w:r>
      <w:proofErr w:type="spellStart"/>
      <w:r w:rsidR="001E71DE" w:rsidRPr="001E71DE">
        <w:rPr>
          <w:szCs w:val="24"/>
        </w:rPr>
        <w:t>Δ</w:t>
      </w:r>
      <w:r w:rsidR="001E71DE" w:rsidRPr="001E71DE">
        <w:rPr>
          <w:rFonts w:ascii="Times New Roman" w:hAnsi="Times New Roman" w:cs="Times New Roman"/>
          <w:i/>
          <w:iCs/>
          <w:szCs w:val="24"/>
        </w:rPr>
        <w:t>H</w:t>
      </w:r>
      <w:r w:rsidR="001E71DE" w:rsidRPr="001E71DE">
        <w:rPr>
          <w:rFonts w:ascii="Times New Roman" w:hAnsi="Times New Roman" w:cs="Times New Roman"/>
          <w:i/>
          <w:iCs/>
          <w:szCs w:val="24"/>
          <w:vertAlign w:val="subscript"/>
        </w:rPr>
        <w:t>c</w:t>
      </w:r>
      <w:proofErr w:type="spellEnd"/>
      <w:r w:rsidR="00E227BE">
        <w:rPr>
          <w:rFonts w:ascii="Times New Roman" w:hAnsi="Times New Roman" w:cs="Times New Roman"/>
          <w:szCs w:val="24"/>
        </w:rPr>
        <w:t>)</w:t>
      </w:r>
      <w:r w:rsidRPr="001E71DE">
        <w:rPr>
          <w:szCs w:val="24"/>
        </w:rPr>
        <w:t>.</w:t>
      </w:r>
      <w:r>
        <w:t xml:space="preserve"> By burning a substance</w:t>
      </w:r>
      <w:r w:rsidR="007375F2">
        <w:t xml:space="preserve"> such as a fuel or food</w:t>
      </w:r>
      <w:r>
        <w:t xml:space="preserve"> in a sealed, container (the 'bomb')</w:t>
      </w:r>
      <w:r w:rsidR="00434FB0">
        <w:t xml:space="preserve"> and measuring </w:t>
      </w:r>
      <w:r w:rsidR="009A6A66">
        <w:t xml:space="preserve">both </w:t>
      </w:r>
      <w:r w:rsidR="00434FB0">
        <w:t xml:space="preserve">the change in </w:t>
      </w:r>
      <w:r w:rsidR="0036002B">
        <w:t xml:space="preserve">water </w:t>
      </w:r>
      <w:r w:rsidR="00434FB0">
        <w:t xml:space="preserve">temperature and </w:t>
      </w:r>
      <w:r w:rsidR="009A6A66">
        <w:t xml:space="preserve">the mass of </w:t>
      </w:r>
      <w:r w:rsidR="007375F2">
        <w:t xml:space="preserve">the substance, </w:t>
      </w:r>
      <w:r>
        <w:t>we can determine how much energy is released</w:t>
      </w:r>
      <w:r w:rsidR="0036002B">
        <w:t xml:space="preserve"> during combustion.</w:t>
      </w:r>
    </w:p>
    <w:p w14:paraId="452A9218" w14:textId="2677997D" w:rsidR="002E001D" w:rsidRDefault="00244815" w:rsidP="001915A2">
      <w:pPr>
        <w:jc w:val="both"/>
      </w:pPr>
      <w:r>
        <w:t xml:space="preserve">While the apparatus may seem complex, the calculation </w:t>
      </w:r>
      <w:r w:rsidR="00D862C1">
        <w:t xml:space="preserve">can be completed in a </w:t>
      </w:r>
      <w:r>
        <w:t>three-step process</w:t>
      </w:r>
      <w:r w:rsidR="00E227BE">
        <w:t xml:space="preserve"> – which is </w:t>
      </w:r>
      <w:r w:rsidR="00365104">
        <w:t xml:space="preserve">where </w:t>
      </w:r>
      <w:r w:rsidR="0036002B">
        <w:t xml:space="preserve">quokkas come in. </w:t>
      </w:r>
    </w:p>
    <w:p w14:paraId="26D993E3" w14:textId="2210C9E3" w:rsidR="002E001D" w:rsidRDefault="0036002B" w:rsidP="002E001D">
      <w:pPr>
        <w:pStyle w:val="Heading3"/>
      </w:pPr>
      <w:r>
        <w:t xml:space="preserve">Quokkas, </w:t>
      </w:r>
      <w:r w:rsidR="002E001D">
        <w:t>N</w:t>
      </w:r>
      <w:r>
        <w:t xml:space="preserve">aturally </w:t>
      </w:r>
      <w:r w:rsidR="002E001D">
        <w:t>H</w:t>
      </w:r>
      <w:r>
        <w:t xml:space="preserve">appy </w:t>
      </w:r>
    </w:p>
    <w:p w14:paraId="405B77F5" w14:textId="03FD8DB3" w:rsidR="0036002B" w:rsidRDefault="002E001D" w:rsidP="001915A2">
      <w:pPr>
        <w:jc w:val="both"/>
      </w:pPr>
      <w:r>
        <w:t xml:space="preserve">This statement </w:t>
      </w:r>
      <w:r w:rsidR="0036002B">
        <w:t xml:space="preserve">can be used to remember the three steps in </w:t>
      </w:r>
      <w:r w:rsidR="001C781B">
        <w:t>bomb calorimeter calculations.</w:t>
      </w:r>
    </w:p>
    <w:p w14:paraId="0D06E699" w14:textId="554808E8" w:rsidR="001C781B" w:rsidRDefault="005F309D">
      <w:pPr>
        <w:rPr>
          <w:rFonts w:eastAsiaTheme="majorEastAsia" w:cstheme="majorBidi"/>
          <w:b/>
          <w:bCs/>
          <w:color w:val="244061" w:themeColor="accent1" w:themeShade="80"/>
          <w:sz w:val="36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56502C1" wp14:editId="2BA82DBF">
                <wp:simplePos x="0" y="0"/>
                <wp:positionH relativeFrom="column">
                  <wp:posOffset>-406400</wp:posOffset>
                </wp:positionH>
                <wp:positionV relativeFrom="paragraph">
                  <wp:posOffset>635</wp:posOffset>
                </wp:positionV>
                <wp:extent cx="6737350" cy="2885440"/>
                <wp:effectExtent l="0" t="0" r="6350" b="0"/>
                <wp:wrapNone/>
                <wp:docPr id="424391699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37350" cy="2885440"/>
                          <a:chOff x="-12945" y="-200883"/>
                          <a:chExt cx="6738037" cy="2886781"/>
                        </a:xfrm>
                        <a:solidFill>
                          <a:schemeClr val="bg1"/>
                        </a:solidFill>
                      </wpg:grpSpPr>
                      <pic:pic xmlns:pic="http://schemas.openxmlformats.org/drawingml/2006/picture">
                        <pic:nvPicPr>
                          <pic:cNvPr id="1339163285" name="Picture 16" descr="A close-up of a beaker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5050597" y="-200883"/>
                            <a:ext cx="1674495" cy="2603500"/>
                          </a:xfrm>
                          <a:prstGeom prst="rect">
                            <a:avLst/>
                          </a:prstGeom>
                          <a:grpFill/>
                        </pic:spPr>
                      </pic:pic>
                      <wpg:grpSp>
                        <wpg:cNvPr id="1078986377" name="Group 10"/>
                        <wpg:cNvGrpSpPr/>
                        <wpg:grpSpPr>
                          <a:xfrm>
                            <a:off x="1999993" y="223368"/>
                            <a:ext cx="3185576" cy="2462530"/>
                            <a:chOff x="-236009" y="-26668"/>
                            <a:chExt cx="3185686" cy="2462981"/>
                          </a:xfrm>
                          <a:grpFill/>
                        </wpg:grpSpPr>
                        <wps:wsp>
                          <wps:cNvPr id="1856273391" name="Text Box 9"/>
                          <wps:cNvSpPr txBox="1"/>
                          <wps:spPr>
                            <a:xfrm>
                              <a:off x="1504335" y="206477"/>
                              <a:ext cx="1445342" cy="471949"/>
                            </a:xfrm>
                            <a:prstGeom prst="rect">
                              <a:avLst/>
                            </a:prstGeom>
                            <a:grp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F1EA609" w14:textId="77777777" w:rsidR="001C781B" w:rsidRPr="0061127F" w:rsidRDefault="001C781B" w:rsidP="001C781B">
                                <w:pPr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4"/>
                                    <w:szCs w:val="40"/>
                                    <w:lang w:val="en-AU"/>
                                  </w:rPr>
                                </w:pPr>
                                <w:r w:rsidRPr="0061127F"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4"/>
                                    <w:szCs w:val="40"/>
                                    <w:lang w:val="en-AU"/>
                                  </w:rPr>
                                  <w:t>q = mc</w:t>
                                </w:r>
                                <w:r w:rsidRPr="0061127F"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4"/>
                                    <w:szCs w:val="40"/>
                                  </w:rPr>
                                  <w:t>ΔT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94980865" name="Text Box 9"/>
                          <wps:cNvSpPr txBox="1"/>
                          <wps:spPr>
                            <a:xfrm>
                              <a:off x="1504335" y="796413"/>
                              <a:ext cx="1120878" cy="722671"/>
                            </a:xfrm>
                            <a:prstGeom prst="rect">
                              <a:avLst/>
                            </a:prstGeom>
                            <a:grp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1DA7E54" w14:textId="77777777" w:rsidR="001C781B" w:rsidRPr="00027078" w:rsidRDefault="001C781B" w:rsidP="001C781B">
                                <w:pPr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8"/>
                                    <w:szCs w:val="44"/>
                                    <w:lang w:val="en-AU"/>
                                  </w:rPr>
                                </w:pPr>
                                <w:r w:rsidRPr="00027078"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8"/>
                                    <w:szCs w:val="44"/>
                                    <w:lang w:val="en-AU"/>
                                  </w:rPr>
                                  <w:t xml:space="preserve">n = </w:t>
                                </w: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iCs/>
                                          <w:sz w:val="48"/>
                                          <w:szCs w:val="44"/>
                                          <w:lang w:val="en-AU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cs="Times New Roman"/>
                                          <w:sz w:val="48"/>
                                          <w:szCs w:val="44"/>
                                          <w:lang w:val="en-AU"/>
                                        </w:rPr>
                                        <m:t>m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 w:cs="Times New Roman"/>
                                          <w:sz w:val="48"/>
                                          <w:szCs w:val="44"/>
                                          <w:lang w:val="en-AU"/>
                                        </w:rPr>
                                        <m:t>M</m:t>
                                      </m:r>
                                    </m:den>
                                  </m:f>
                                </m:oMath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45372783" name="Text Box 9"/>
                          <wps:cNvSpPr txBox="1"/>
                          <wps:spPr>
                            <a:xfrm>
                              <a:off x="1415796" y="1504060"/>
                              <a:ext cx="1533881" cy="648888"/>
                            </a:xfrm>
                            <a:prstGeom prst="rect">
                              <a:avLst/>
                            </a:prstGeom>
                            <a:grp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24E32EA" w14:textId="721FDC57" w:rsidR="001C781B" w:rsidRPr="00027078" w:rsidRDefault="001C781B" w:rsidP="001C781B">
                                <w:pPr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8"/>
                                    <w:szCs w:val="44"/>
                                    <w:lang w:val="en-AU"/>
                                  </w:rPr>
                                </w:pPr>
                                <w:proofErr w:type="spellStart"/>
                                <w:r w:rsidRPr="00FA6B76">
                                  <w:rPr>
                                    <w:sz w:val="44"/>
                                    <w:szCs w:val="44"/>
                                  </w:rPr>
                                  <w:t>Δ</w:t>
                                </w:r>
                                <w:r w:rsidRPr="00FA6B76"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4"/>
                                    <w:szCs w:val="44"/>
                                  </w:rPr>
                                  <w:t>H</w:t>
                                </w:r>
                                <w:r w:rsidR="002C6E19" w:rsidRPr="002C6E19"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4"/>
                                    <w:szCs w:val="44"/>
                                    <w:vertAlign w:val="subscript"/>
                                  </w:rPr>
                                  <w:t>c</w:t>
                                </w:r>
                                <w:proofErr w:type="spellEnd"/>
                                <w:r w:rsidRPr="00FA6B76"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4"/>
                                    <w:szCs w:val="44"/>
                                    <w:lang w:val="en-AU"/>
                                  </w:rPr>
                                  <w:t xml:space="preserve"> </w:t>
                                </w:r>
                                <w:r w:rsidRPr="00027078"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8"/>
                                    <w:szCs w:val="44"/>
                                    <w:lang w:val="en-AU"/>
                                  </w:rPr>
                                  <w:t>=</w:t>
                                </w:r>
                                <w:r w:rsidR="002C6E19"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8"/>
                                    <w:szCs w:val="44"/>
                                    <w:lang w:val="en-AU"/>
                                  </w:rPr>
                                  <w:t>-</w:t>
                                </w:r>
                                <w:r w:rsidRPr="00027078">
                                  <w:rPr>
                                    <w:rFonts w:ascii="Times New Roman" w:hAnsi="Times New Roman" w:cs="Times New Roman"/>
                                    <w:i/>
                                    <w:iCs/>
                                    <w:sz w:val="48"/>
                                    <w:szCs w:val="44"/>
                                    <w:lang w:val="en-AU"/>
                                  </w:rPr>
                                  <w:t xml:space="preserve"> </w:t>
                                </w: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  <w:iCs/>
                                          <w:sz w:val="48"/>
                                          <w:szCs w:val="44"/>
                                          <w:lang w:val="en-AU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cs="Times New Roman"/>
                                          <w:sz w:val="48"/>
                                          <w:szCs w:val="44"/>
                                          <w:lang w:val="en-AU"/>
                                        </w:rPr>
                                        <m:t>q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 w:cs="Times New Roman"/>
                                          <w:sz w:val="48"/>
                                          <w:szCs w:val="44"/>
                                          <w:lang w:val="en-AU"/>
                                        </w:rPr>
                                        <m:t>n</m:t>
                                      </m:r>
                                    </m:den>
                                  </m:f>
                                </m:oMath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54714334" name="Text Box 8"/>
                          <wps:cNvSpPr txBox="1"/>
                          <wps:spPr>
                            <a:xfrm>
                              <a:off x="-236009" y="-26668"/>
                              <a:ext cx="1651819" cy="2462981"/>
                            </a:xfrm>
                            <a:prstGeom prst="rect">
                              <a:avLst/>
                            </a:prstGeom>
                            <a:grp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CC92624" w14:textId="77777777" w:rsidR="001C781B" w:rsidRPr="00E13876" w:rsidRDefault="001C781B" w:rsidP="001C781B">
                                <w:pPr>
                                  <w:spacing w:before="360" w:after="360"/>
                                  <w:rPr>
                                    <w:rFonts w:ascii="Arial Rounded MT Bold" w:hAnsi="Arial Rounded MT Bold"/>
                                    <w:sz w:val="44"/>
                                    <w:szCs w:val="40"/>
                                    <w:lang w:val="en-AU"/>
                                  </w:rPr>
                                </w:pPr>
                                <w:r w:rsidRPr="00E13876">
                                  <w:rPr>
                                    <w:rFonts w:ascii="Arial Rounded MT Bold" w:hAnsi="Arial Rounded MT Bold"/>
                                    <w:sz w:val="44"/>
                                    <w:szCs w:val="40"/>
                                    <w:lang w:val="en-AU"/>
                                  </w:rPr>
                                  <w:t>Quokka</w:t>
                                </w:r>
                                <w:r>
                                  <w:rPr>
                                    <w:rFonts w:ascii="Arial Rounded MT Bold" w:hAnsi="Arial Rounded MT Bold"/>
                                    <w:sz w:val="44"/>
                                    <w:szCs w:val="40"/>
                                    <w:lang w:val="en-AU"/>
                                  </w:rPr>
                                  <w:t>’s</w:t>
                                </w:r>
                              </w:p>
                              <w:p w14:paraId="2BC91383" w14:textId="77777777" w:rsidR="001C781B" w:rsidRPr="00E13876" w:rsidRDefault="001C781B" w:rsidP="001C781B">
                                <w:pPr>
                                  <w:spacing w:before="360" w:after="360"/>
                                  <w:rPr>
                                    <w:rFonts w:ascii="Arial Rounded MT Bold" w:hAnsi="Arial Rounded MT Bold"/>
                                    <w:sz w:val="44"/>
                                    <w:szCs w:val="40"/>
                                    <w:lang w:val="en-AU"/>
                                  </w:rPr>
                                </w:pPr>
                                <w:r w:rsidRPr="00E13876">
                                  <w:rPr>
                                    <w:rFonts w:ascii="Arial Rounded MT Bold" w:hAnsi="Arial Rounded MT Bold"/>
                                    <w:sz w:val="44"/>
                                    <w:szCs w:val="40"/>
                                    <w:lang w:val="en-AU"/>
                                  </w:rPr>
                                  <w:t>Naturally</w:t>
                                </w:r>
                              </w:p>
                              <w:p w14:paraId="5BFE59A9" w14:textId="77777777" w:rsidR="001C781B" w:rsidRPr="00E13876" w:rsidRDefault="001C781B" w:rsidP="001C781B">
                                <w:pPr>
                                  <w:spacing w:before="360" w:after="360"/>
                                  <w:rPr>
                                    <w:rFonts w:ascii="Arial Rounded MT Bold" w:hAnsi="Arial Rounded MT Bold"/>
                                    <w:sz w:val="44"/>
                                    <w:szCs w:val="40"/>
                                    <w:lang w:val="en-AU"/>
                                  </w:rPr>
                                </w:pPr>
                                <w:r w:rsidRPr="00E13876">
                                  <w:rPr>
                                    <w:rFonts w:ascii="Arial Rounded MT Bold" w:hAnsi="Arial Rounded MT Bold"/>
                                    <w:sz w:val="44"/>
                                    <w:szCs w:val="40"/>
                                    <w:lang w:val="en-AU"/>
                                  </w:rPr>
                                  <w:t>Happy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112360448" name="Picture 1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/>
                          <a:srcRect l="14857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-12945" y="-66210"/>
                            <a:ext cx="2116667" cy="2701290"/>
                          </a:xfrm>
                          <a:prstGeom prst="rect">
                            <a:avLst/>
                          </a:prstGeom>
                          <a:grpFill/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6502C1" id="Group 17" o:spid="_x0000_s1029" style="position:absolute;margin-left:-32pt;margin-top:.05pt;width:530.5pt;height:227.2pt;z-index:251683840;mso-width-relative:margin;mso-height-relative:margin" coordorigin="-129,-2008" coordsize="67380,28867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30" type="#_x0000_t75" alt="A close-up of a beaker&#10;&#10;AI-generated content may be incorrect." style="position:absolute;left:50505;top:-2008;width:16745;height:2603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">
                  <v:imagedata r:id="rId14" o:title="A close-up of a beaker&#10;&#10;AI-generated content may be incorrect"/>
                </v:shape>
                <v:group id="_x0000_s1031" style="position:absolute;left:19999;top:2233;width:31856;height:24625" coordorigin="-2360,-266" coordsize="31856,2462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&#13;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9" o:spid="_x0000_s1032" type="#_x0000_t202" style="position:absolute;left:15043;top:2064;width:14453;height:47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" filled="f" stroked="f" strokeweight=".5pt">
                    <v:textbox>
                      <w:txbxContent>
                        <w:p w14:paraId="0F1EA609" w14:textId="77777777" w:rsidR="001C781B" w:rsidRPr="0061127F" w:rsidRDefault="001C781B" w:rsidP="001C781B">
                          <w:pPr>
                            <w:rPr>
                              <w:rFonts w:ascii="Times New Roman" w:hAnsi="Times New Roman" w:cs="Times New Roman"/>
                              <w:i/>
                              <w:iCs/>
                              <w:sz w:val="44"/>
                              <w:szCs w:val="40"/>
                              <w:lang w:val="en-AU"/>
                            </w:rPr>
                          </w:pPr>
                          <w:r w:rsidRPr="0061127F">
                            <w:rPr>
                              <w:rFonts w:ascii="Times New Roman" w:hAnsi="Times New Roman" w:cs="Times New Roman"/>
                              <w:i/>
                              <w:iCs/>
                              <w:sz w:val="44"/>
                              <w:szCs w:val="40"/>
                              <w:lang w:val="en-AU"/>
                            </w:rPr>
                            <w:t>q = mc</w:t>
                          </w:r>
                          <w:r w:rsidRPr="0061127F">
                            <w:rPr>
                              <w:rFonts w:ascii="Times New Roman" w:hAnsi="Times New Roman" w:cs="Times New Roman"/>
                              <w:i/>
                              <w:iCs/>
                              <w:sz w:val="44"/>
                              <w:szCs w:val="40"/>
                            </w:rPr>
                            <w:t>ΔT</w:t>
                          </w:r>
                        </w:p>
                      </w:txbxContent>
                    </v:textbox>
                  </v:shape>
                  <v:shape id="Text Box 9" o:spid="_x0000_s1033" type="#_x0000_t202" style="position:absolute;left:15043;top:7964;width:11209;height:722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" filled="f" stroked="f" strokeweight=".5pt">
                    <v:textbox>
                      <w:txbxContent>
                        <w:p w14:paraId="61DA7E54" w14:textId="77777777" w:rsidR="001C781B" w:rsidRPr="00027078" w:rsidRDefault="001C781B" w:rsidP="001C781B">
                          <w:pPr>
                            <w:rPr>
                              <w:rFonts w:ascii="Times New Roman" w:hAnsi="Times New Roman" w:cs="Times New Roman"/>
                              <w:i/>
                              <w:iCs/>
                              <w:sz w:val="48"/>
                              <w:szCs w:val="44"/>
                              <w:lang w:val="en-AU"/>
                            </w:rPr>
                          </w:pPr>
                          <w:r w:rsidRPr="00027078">
                            <w:rPr>
                              <w:rFonts w:ascii="Times New Roman" w:hAnsi="Times New Roman" w:cs="Times New Roman"/>
                              <w:i/>
                              <w:iCs/>
                              <w:sz w:val="48"/>
                              <w:szCs w:val="44"/>
                              <w:lang w:val="en-AU"/>
                            </w:rPr>
                            <w:t xml:space="preserve">n = </w:t>
                          </w: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iCs/>
                                    <w:sz w:val="48"/>
                                    <w:szCs w:val="44"/>
                                    <w:lang w:val="en-AU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="Times New Roman"/>
                                    <w:sz w:val="48"/>
                                    <w:szCs w:val="44"/>
                                    <w:lang w:val="en-AU"/>
                                  </w:rPr>
                                  <m:t>m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 w:cs="Times New Roman"/>
                                    <w:sz w:val="48"/>
                                    <w:szCs w:val="44"/>
                                    <w:lang w:val="en-AU"/>
                                  </w:rPr>
                                  <m:t>M</m:t>
                                </m:r>
                              </m:den>
                            </m:f>
                          </m:oMath>
                        </w:p>
                      </w:txbxContent>
                    </v:textbox>
                  </v:shape>
                  <v:shape id="Text Box 9" o:spid="_x0000_s1034" type="#_x0000_t202" style="position:absolute;left:14157;top:15040;width:15339;height:64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" filled="f" stroked="f" strokeweight=".5pt">
                    <v:textbox>
                      <w:txbxContent>
                        <w:p w14:paraId="624E32EA" w14:textId="721FDC57" w:rsidR="001C781B" w:rsidRPr="00027078" w:rsidRDefault="001C781B" w:rsidP="001C781B">
                          <w:pPr>
                            <w:rPr>
                              <w:rFonts w:ascii="Times New Roman" w:hAnsi="Times New Roman" w:cs="Times New Roman"/>
                              <w:i/>
                              <w:iCs/>
                              <w:sz w:val="48"/>
                              <w:szCs w:val="44"/>
                              <w:lang w:val="en-AU"/>
                            </w:rPr>
                          </w:pPr>
                          <w:proofErr w:type="spellStart"/>
                          <w:r w:rsidRPr="00FA6B76">
                            <w:rPr>
                              <w:sz w:val="44"/>
                              <w:szCs w:val="44"/>
                            </w:rPr>
                            <w:t>Δ</w:t>
                          </w:r>
                          <w:r w:rsidRPr="00FA6B76">
                            <w:rPr>
                              <w:rFonts w:ascii="Times New Roman" w:hAnsi="Times New Roman" w:cs="Times New Roman"/>
                              <w:i/>
                              <w:iCs/>
                              <w:sz w:val="44"/>
                              <w:szCs w:val="44"/>
                            </w:rPr>
                            <w:t>H</w:t>
                          </w:r>
                          <w:r w:rsidR="002C6E19" w:rsidRPr="002C6E19">
                            <w:rPr>
                              <w:rFonts w:ascii="Times New Roman" w:hAnsi="Times New Roman" w:cs="Times New Roman"/>
                              <w:i/>
                              <w:iCs/>
                              <w:sz w:val="44"/>
                              <w:szCs w:val="44"/>
                              <w:vertAlign w:val="subscript"/>
                            </w:rPr>
                            <w:t>c</w:t>
                          </w:r>
                          <w:proofErr w:type="spellEnd"/>
                          <w:r w:rsidRPr="00FA6B76">
                            <w:rPr>
                              <w:rFonts w:ascii="Times New Roman" w:hAnsi="Times New Roman" w:cs="Times New Roman"/>
                              <w:i/>
                              <w:iCs/>
                              <w:sz w:val="44"/>
                              <w:szCs w:val="44"/>
                              <w:lang w:val="en-AU"/>
                            </w:rPr>
                            <w:t xml:space="preserve"> </w:t>
                          </w:r>
                          <w:r w:rsidRPr="00027078">
                            <w:rPr>
                              <w:rFonts w:ascii="Times New Roman" w:hAnsi="Times New Roman" w:cs="Times New Roman"/>
                              <w:i/>
                              <w:iCs/>
                              <w:sz w:val="48"/>
                              <w:szCs w:val="44"/>
                              <w:lang w:val="en-AU"/>
                            </w:rPr>
                            <w:t>=</w:t>
                          </w:r>
                          <w:r w:rsidR="002C6E19">
                            <w:rPr>
                              <w:rFonts w:ascii="Times New Roman" w:hAnsi="Times New Roman" w:cs="Times New Roman"/>
                              <w:i/>
                              <w:iCs/>
                              <w:sz w:val="48"/>
                              <w:szCs w:val="44"/>
                              <w:lang w:val="en-AU"/>
                            </w:rPr>
                            <w:t>-</w:t>
                          </w:r>
                          <w:r w:rsidRPr="00027078">
                            <w:rPr>
                              <w:rFonts w:ascii="Times New Roman" w:hAnsi="Times New Roman" w:cs="Times New Roman"/>
                              <w:i/>
                              <w:iCs/>
                              <w:sz w:val="48"/>
                              <w:szCs w:val="44"/>
                              <w:lang w:val="en-AU"/>
                            </w:rPr>
                            <w:t xml:space="preserve"> </w:t>
                          </w: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iCs/>
                                    <w:sz w:val="48"/>
                                    <w:szCs w:val="44"/>
                                    <w:lang w:val="en-AU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="Times New Roman"/>
                                    <w:sz w:val="48"/>
                                    <w:szCs w:val="44"/>
                                    <w:lang w:val="en-AU"/>
                                  </w:rPr>
                                  <m:t>q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 w:cs="Times New Roman"/>
                                    <w:sz w:val="48"/>
                                    <w:szCs w:val="44"/>
                                    <w:lang w:val="en-AU"/>
                                  </w:rPr>
                                  <m:t>n</m:t>
                                </m:r>
                              </m:den>
                            </m:f>
                          </m:oMath>
                        </w:p>
                      </w:txbxContent>
                    </v:textbox>
                  </v:shape>
                  <v:shape id="Text Box 8" o:spid="_x0000_s1035" type="#_x0000_t202" style="position:absolute;left:-2360;top:-266;width:16518;height:24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" filled="f" stroked="f" strokeweight=".5pt">
                    <v:textbox>
                      <w:txbxContent>
                        <w:p w14:paraId="5CC92624" w14:textId="77777777" w:rsidR="001C781B" w:rsidRPr="00E13876" w:rsidRDefault="001C781B" w:rsidP="001C781B">
                          <w:pPr>
                            <w:spacing w:before="360" w:after="360"/>
                            <w:rPr>
                              <w:rFonts w:ascii="Arial Rounded MT Bold" w:hAnsi="Arial Rounded MT Bold"/>
                              <w:sz w:val="44"/>
                              <w:szCs w:val="40"/>
                              <w:lang w:val="en-AU"/>
                            </w:rPr>
                          </w:pPr>
                          <w:r w:rsidRPr="00E13876">
                            <w:rPr>
                              <w:rFonts w:ascii="Arial Rounded MT Bold" w:hAnsi="Arial Rounded MT Bold"/>
                              <w:sz w:val="44"/>
                              <w:szCs w:val="40"/>
                              <w:lang w:val="en-AU"/>
                            </w:rPr>
                            <w:t>Quokka</w:t>
                          </w:r>
                          <w:r>
                            <w:rPr>
                              <w:rFonts w:ascii="Arial Rounded MT Bold" w:hAnsi="Arial Rounded MT Bold"/>
                              <w:sz w:val="44"/>
                              <w:szCs w:val="40"/>
                              <w:lang w:val="en-AU"/>
                            </w:rPr>
                            <w:t>’s</w:t>
                          </w:r>
                        </w:p>
                        <w:p w14:paraId="2BC91383" w14:textId="77777777" w:rsidR="001C781B" w:rsidRPr="00E13876" w:rsidRDefault="001C781B" w:rsidP="001C781B">
                          <w:pPr>
                            <w:spacing w:before="360" w:after="360"/>
                            <w:rPr>
                              <w:rFonts w:ascii="Arial Rounded MT Bold" w:hAnsi="Arial Rounded MT Bold"/>
                              <w:sz w:val="44"/>
                              <w:szCs w:val="40"/>
                              <w:lang w:val="en-AU"/>
                            </w:rPr>
                          </w:pPr>
                          <w:r w:rsidRPr="00E13876">
                            <w:rPr>
                              <w:rFonts w:ascii="Arial Rounded MT Bold" w:hAnsi="Arial Rounded MT Bold"/>
                              <w:sz w:val="44"/>
                              <w:szCs w:val="40"/>
                              <w:lang w:val="en-AU"/>
                            </w:rPr>
                            <w:t>Naturally</w:t>
                          </w:r>
                        </w:p>
                        <w:p w14:paraId="5BFE59A9" w14:textId="77777777" w:rsidR="001C781B" w:rsidRPr="00E13876" w:rsidRDefault="001C781B" w:rsidP="001C781B">
                          <w:pPr>
                            <w:spacing w:before="360" w:after="360"/>
                            <w:rPr>
                              <w:rFonts w:ascii="Arial Rounded MT Bold" w:hAnsi="Arial Rounded MT Bold"/>
                              <w:sz w:val="44"/>
                              <w:szCs w:val="40"/>
                              <w:lang w:val="en-AU"/>
                            </w:rPr>
                          </w:pPr>
                          <w:r w:rsidRPr="00E13876">
                            <w:rPr>
                              <w:rFonts w:ascii="Arial Rounded MT Bold" w:hAnsi="Arial Rounded MT Bold"/>
                              <w:sz w:val="44"/>
                              <w:szCs w:val="40"/>
                              <w:lang w:val="en-AU"/>
                            </w:rPr>
                            <w:t>Happy</w:t>
                          </w:r>
                        </w:p>
                      </w:txbxContent>
                    </v:textbox>
                  </v:shape>
                </v:group>
                <v:shape id="Picture 16" o:spid="_x0000_s1036" type="#_x0000_t75" style="position:absolute;left:-129;top:-662;width:21166;height:27012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">
                  <v:imagedata r:id="rId15" o:title="" cropleft="9737f"/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7936" behindDoc="0" locked="0" layoutInCell="1" allowOverlap="1" wp14:anchorId="34FAC08D" wp14:editId="666E94B5">
            <wp:simplePos x="0" y="0"/>
            <wp:positionH relativeFrom="column">
              <wp:posOffset>5161915</wp:posOffset>
            </wp:positionH>
            <wp:positionV relativeFrom="paragraph">
              <wp:posOffset>1568450</wp:posOffset>
            </wp:positionV>
            <wp:extent cx="914400" cy="914400"/>
            <wp:effectExtent l="0" t="0" r="0" b="0"/>
            <wp:wrapNone/>
            <wp:docPr id="869024350" name="Graphic 18" descr="Candle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024350" name="Graphic 869024350" descr="Candle outline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781B">
        <w:br w:type="page"/>
      </w:r>
    </w:p>
    <w:p w14:paraId="5E7CC7EF" w14:textId="563D698B" w:rsidR="005B256C" w:rsidRDefault="00244815" w:rsidP="002C6E19">
      <w:pPr>
        <w:pStyle w:val="Heading2"/>
        <w:spacing w:before="0"/>
      </w:pPr>
      <w:r>
        <w:lastRenderedPageBreak/>
        <w:t>The Three-Step Framework</w:t>
      </w:r>
    </w:p>
    <w:p w14:paraId="740EF1B0" w14:textId="0CB42F54" w:rsidR="005B256C" w:rsidRDefault="00643B10">
      <w:r>
        <w:rPr>
          <w:noProof/>
        </w:rPr>
        <mc:AlternateContent>
          <mc:Choice Requires="wps">
            <w:drawing>
              <wp:anchor distT="0" distB="0" distL="114300" distR="114300" simplePos="0" relativeHeight="251655167" behindDoc="1" locked="0" layoutInCell="1" allowOverlap="1" wp14:anchorId="778855F2" wp14:editId="26264AFD">
                <wp:simplePos x="0" y="0"/>
                <wp:positionH relativeFrom="column">
                  <wp:posOffset>4483100</wp:posOffset>
                </wp:positionH>
                <wp:positionV relativeFrom="paragraph">
                  <wp:posOffset>243840</wp:posOffset>
                </wp:positionV>
                <wp:extent cx="1828800" cy="6515100"/>
                <wp:effectExtent l="0" t="0" r="0" b="0"/>
                <wp:wrapTight wrapText="bothSides">
                  <wp:wrapPolygon edited="0">
                    <wp:start x="0" y="0"/>
                    <wp:lineTo x="0" y="21558"/>
                    <wp:lineTo x="21450" y="21558"/>
                    <wp:lineTo x="21450" y="0"/>
                    <wp:lineTo x="0" y="0"/>
                  </wp:wrapPolygon>
                </wp:wrapTight>
                <wp:docPr id="1336820315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51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D20981" w14:textId="5CE16F28" w:rsidR="00643B10" w:rsidRDefault="001714E9">
                            <w:pPr>
                              <w:rPr>
                                <w:rFonts w:ascii="Arial Rounded MT Bold" w:hAnsi="Arial Rounded MT Bold"/>
                                <w:sz w:val="44"/>
                                <w:szCs w:val="44"/>
                                <w:lang w:val="en-AU"/>
                              </w:rPr>
                            </w:pPr>
                            <w:r w:rsidRPr="001714E9">
                              <w:rPr>
                                <w:rFonts w:ascii="Arial Rounded MT Bold" w:hAnsi="Arial Rounded MT Bold"/>
                                <w:sz w:val="44"/>
                                <w:szCs w:val="44"/>
                                <w:lang w:val="en-AU"/>
                              </w:rPr>
                              <w:t>Quokka’s</w:t>
                            </w:r>
                          </w:p>
                          <w:p w14:paraId="1CF98F49" w14:textId="77777777" w:rsidR="001714E9" w:rsidRDefault="001714E9">
                            <w:pPr>
                              <w:rPr>
                                <w:rFonts w:ascii="Arial Rounded MT Bold" w:hAnsi="Arial Rounded MT Bold"/>
                                <w:sz w:val="44"/>
                                <w:szCs w:val="44"/>
                                <w:lang w:val="en-AU"/>
                              </w:rPr>
                            </w:pPr>
                          </w:p>
                          <w:p w14:paraId="24FB20C0" w14:textId="77777777" w:rsidR="001714E9" w:rsidRDefault="001714E9">
                            <w:pPr>
                              <w:rPr>
                                <w:rFonts w:ascii="Arial Rounded MT Bold" w:hAnsi="Arial Rounded MT Bold"/>
                                <w:sz w:val="44"/>
                                <w:szCs w:val="44"/>
                                <w:lang w:val="en-AU"/>
                              </w:rPr>
                            </w:pPr>
                          </w:p>
                          <w:p w14:paraId="7307DF4C" w14:textId="77777777" w:rsidR="001714E9" w:rsidRDefault="001714E9">
                            <w:pPr>
                              <w:rPr>
                                <w:rFonts w:ascii="Arial Rounded MT Bold" w:hAnsi="Arial Rounded MT Bold"/>
                                <w:sz w:val="44"/>
                                <w:szCs w:val="44"/>
                                <w:lang w:val="en-AU"/>
                              </w:rPr>
                            </w:pPr>
                          </w:p>
                          <w:p w14:paraId="11BC400F" w14:textId="77777777" w:rsidR="001714E9" w:rsidRDefault="001714E9">
                            <w:pPr>
                              <w:rPr>
                                <w:rFonts w:ascii="Arial Rounded MT Bold" w:hAnsi="Arial Rounded MT Bold"/>
                                <w:sz w:val="44"/>
                                <w:szCs w:val="44"/>
                                <w:lang w:val="en-AU"/>
                              </w:rPr>
                            </w:pPr>
                          </w:p>
                          <w:p w14:paraId="51394D04" w14:textId="77777777" w:rsidR="001714E9" w:rsidRDefault="001714E9" w:rsidP="00FA052C">
                            <w:pPr>
                              <w:spacing w:after="360"/>
                              <w:rPr>
                                <w:rFonts w:ascii="Arial Rounded MT Bold" w:hAnsi="Arial Rounded MT Bold"/>
                                <w:sz w:val="44"/>
                                <w:szCs w:val="44"/>
                                <w:lang w:val="en-AU"/>
                              </w:rPr>
                            </w:pPr>
                          </w:p>
                          <w:p w14:paraId="7744AF7F" w14:textId="5F6F7984" w:rsidR="001714E9" w:rsidRDefault="001714E9">
                            <w:pPr>
                              <w:rPr>
                                <w:rFonts w:ascii="Arial Rounded MT Bold" w:hAnsi="Arial Rounded MT Bold"/>
                                <w:sz w:val="44"/>
                                <w:szCs w:val="44"/>
                                <w:lang w:val="en-AU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sz w:val="44"/>
                                <w:szCs w:val="44"/>
                                <w:lang w:val="en-AU"/>
                              </w:rPr>
                              <w:t>Naturally</w:t>
                            </w:r>
                          </w:p>
                          <w:p w14:paraId="50D4EF43" w14:textId="77777777" w:rsidR="001714E9" w:rsidRDefault="001714E9">
                            <w:pPr>
                              <w:rPr>
                                <w:rFonts w:ascii="Arial Rounded MT Bold" w:hAnsi="Arial Rounded MT Bold"/>
                                <w:sz w:val="44"/>
                                <w:szCs w:val="44"/>
                                <w:lang w:val="en-AU"/>
                              </w:rPr>
                            </w:pPr>
                          </w:p>
                          <w:p w14:paraId="543E38A0" w14:textId="77777777" w:rsidR="001714E9" w:rsidRDefault="001714E9">
                            <w:pPr>
                              <w:rPr>
                                <w:rFonts w:ascii="Arial Rounded MT Bold" w:hAnsi="Arial Rounded MT Bold"/>
                                <w:sz w:val="44"/>
                                <w:szCs w:val="44"/>
                                <w:lang w:val="en-AU"/>
                              </w:rPr>
                            </w:pPr>
                          </w:p>
                          <w:p w14:paraId="63284FAD" w14:textId="77777777" w:rsidR="00FA052C" w:rsidRDefault="00FA052C" w:rsidP="00FA052C">
                            <w:pPr>
                              <w:spacing w:after="360"/>
                              <w:rPr>
                                <w:rFonts w:ascii="Arial Rounded MT Bold" w:hAnsi="Arial Rounded MT Bold"/>
                                <w:sz w:val="44"/>
                                <w:szCs w:val="44"/>
                                <w:lang w:val="en-AU"/>
                              </w:rPr>
                            </w:pPr>
                          </w:p>
                          <w:p w14:paraId="435F927C" w14:textId="1C7D5CA8" w:rsidR="001714E9" w:rsidRPr="001714E9" w:rsidRDefault="001714E9">
                            <w:pPr>
                              <w:rPr>
                                <w:rFonts w:ascii="Arial Rounded MT Bold" w:hAnsi="Arial Rounded MT Bold"/>
                                <w:sz w:val="44"/>
                                <w:szCs w:val="44"/>
                                <w:lang w:val="en-AU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sz w:val="44"/>
                                <w:szCs w:val="44"/>
                                <w:lang w:val="en-AU"/>
                              </w:rPr>
                              <w:t>Happy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8855F2" id="Text Box 11" o:spid="_x0000_s1037" type="#_x0000_t202" style="position:absolute;margin-left:353pt;margin-top:19.2pt;width:2in;height:513pt;z-index:-25166131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" fillcolor="white [3201]" stroked="f" strokeweight=".5pt">
                <v:textbox>
                  <w:txbxContent>
                    <w:p w14:paraId="0BD20981" w14:textId="5CE16F28" w:rsidR="00643B10" w:rsidRDefault="001714E9">
                      <w:pPr>
                        <w:rPr>
                          <w:rFonts w:ascii="Arial Rounded MT Bold" w:hAnsi="Arial Rounded MT Bold"/>
                          <w:sz w:val="44"/>
                          <w:szCs w:val="44"/>
                          <w:lang w:val="en-AU"/>
                        </w:rPr>
                      </w:pPr>
                      <w:r w:rsidRPr="001714E9">
                        <w:rPr>
                          <w:rFonts w:ascii="Arial Rounded MT Bold" w:hAnsi="Arial Rounded MT Bold"/>
                          <w:sz w:val="44"/>
                          <w:szCs w:val="44"/>
                          <w:lang w:val="en-AU"/>
                        </w:rPr>
                        <w:t>Quokka’s</w:t>
                      </w:r>
                    </w:p>
                    <w:p w14:paraId="1CF98F49" w14:textId="77777777" w:rsidR="001714E9" w:rsidRDefault="001714E9">
                      <w:pPr>
                        <w:rPr>
                          <w:rFonts w:ascii="Arial Rounded MT Bold" w:hAnsi="Arial Rounded MT Bold"/>
                          <w:sz w:val="44"/>
                          <w:szCs w:val="44"/>
                          <w:lang w:val="en-AU"/>
                        </w:rPr>
                      </w:pPr>
                    </w:p>
                    <w:p w14:paraId="24FB20C0" w14:textId="77777777" w:rsidR="001714E9" w:rsidRDefault="001714E9">
                      <w:pPr>
                        <w:rPr>
                          <w:rFonts w:ascii="Arial Rounded MT Bold" w:hAnsi="Arial Rounded MT Bold"/>
                          <w:sz w:val="44"/>
                          <w:szCs w:val="44"/>
                          <w:lang w:val="en-AU"/>
                        </w:rPr>
                      </w:pPr>
                    </w:p>
                    <w:p w14:paraId="7307DF4C" w14:textId="77777777" w:rsidR="001714E9" w:rsidRDefault="001714E9">
                      <w:pPr>
                        <w:rPr>
                          <w:rFonts w:ascii="Arial Rounded MT Bold" w:hAnsi="Arial Rounded MT Bold"/>
                          <w:sz w:val="44"/>
                          <w:szCs w:val="44"/>
                          <w:lang w:val="en-AU"/>
                        </w:rPr>
                      </w:pPr>
                    </w:p>
                    <w:p w14:paraId="11BC400F" w14:textId="77777777" w:rsidR="001714E9" w:rsidRDefault="001714E9">
                      <w:pPr>
                        <w:rPr>
                          <w:rFonts w:ascii="Arial Rounded MT Bold" w:hAnsi="Arial Rounded MT Bold"/>
                          <w:sz w:val="44"/>
                          <w:szCs w:val="44"/>
                          <w:lang w:val="en-AU"/>
                        </w:rPr>
                      </w:pPr>
                    </w:p>
                    <w:p w14:paraId="51394D04" w14:textId="77777777" w:rsidR="001714E9" w:rsidRDefault="001714E9" w:rsidP="00FA052C">
                      <w:pPr>
                        <w:spacing w:after="360"/>
                        <w:rPr>
                          <w:rFonts w:ascii="Arial Rounded MT Bold" w:hAnsi="Arial Rounded MT Bold"/>
                          <w:sz w:val="44"/>
                          <w:szCs w:val="44"/>
                          <w:lang w:val="en-AU"/>
                        </w:rPr>
                      </w:pPr>
                    </w:p>
                    <w:p w14:paraId="7744AF7F" w14:textId="5F6F7984" w:rsidR="001714E9" w:rsidRDefault="001714E9">
                      <w:pPr>
                        <w:rPr>
                          <w:rFonts w:ascii="Arial Rounded MT Bold" w:hAnsi="Arial Rounded MT Bold"/>
                          <w:sz w:val="44"/>
                          <w:szCs w:val="44"/>
                          <w:lang w:val="en-AU"/>
                        </w:rPr>
                      </w:pPr>
                      <w:r>
                        <w:rPr>
                          <w:rFonts w:ascii="Arial Rounded MT Bold" w:hAnsi="Arial Rounded MT Bold"/>
                          <w:sz w:val="44"/>
                          <w:szCs w:val="44"/>
                          <w:lang w:val="en-AU"/>
                        </w:rPr>
                        <w:t>Naturally</w:t>
                      </w:r>
                    </w:p>
                    <w:p w14:paraId="50D4EF43" w14:textId="77777777" w:rsidR="001714E9" w:rsidRDefault="001714E9">
                      <w:pPr>
                        <w:rPr>
                          <w:rFonts w:ascii="Arial Rounded MT Bold" w:hAnsi="Arial Rounded MT Bold"/>
                          <w:sz w:val="44"/>
                          <w:szCs w:val="44"/>
                          <w:lang w:val="en-AU"/>
                        </w:rPr>
                      </w:pPr>
                    </w:p>
                    <w:p w14:paraId="543E38A0" w14:textId="77777777" w:rsidR="001714E9" w:rsidRDefault="001714E9">
                      <w:pPr>
                        <w:rPr>
                          <w:rFonts w:ascii="Arial Rounded MT Bold" w:hAnsi="Arial Rounded MT Bold"/>
                          <w:sz w:val="44"/>
                          <w:szCs w:val="44"/>
                          <w:lang w:val="en-AU"/>
                        </w:rPr>
                      </w:pPr>
                    </w:p>
                    <w:p w14:paraId="63284FAD" w14:textId="77777777" w:rsidR="00FA052C" w:rsidRDefault="00FA052C" w:rsidP="00FA052C">
                      <w:pPr>
                        <w:spacing w:after="360"/>
                        <w:rPr>
                          <w:rFonts w:ascii="Arial Rounded MT Bold" w:hAnsi="Arial Rounded MT Bold"/>
                          <w:sz w:val="44"/>
                          <w:szCs w:val="44"/>
                          <w:lang w:val="en-AU"/>
                        </w:rPr>
                      </w:pPr>
                    </w:p>
                    <w:p w14:paraId="435F927C" w14:textId="1C7D5CA8" w:rsidR="001714E9" w:rsidRPr="001714E9" w:rsidRDefault="001714E9">
                      <w:pPr>
                        <w:rPr>
                          <w:rFonts w:ascii="Arial Rounded MT Bold" w:hAnsi="Arial Rounded MT Bold"/>
                          <w:sz w:val="44"/>
                          <w:szCs w:val="44"/>
                          <w:lang w:val="en-AU"/>
                        </w:rPr>
                      </w:pPr>
                      <w:r>
                        <w:rPr>
                          <w:rFonts w:ascii="Arial Rounded MT Bold" w:hAnsi="Arial Rounded MT Bold"/>
                          <w:sz w:val="44"/>
                          <w:szCs w:val="44"/>
                          <w:lang w:val="en-AU"/>
                        </w:rPr>
                        <w:t>Happy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t>Every bomb calorimetry calculation follows the same logical sequence:</w:t>
      </w:r>
    </w:p>
    <w:p w14:paraId="7C5AF348" w14:textId="3692E7D4" w:rsidR="005B256C" w:rsidRPr="00B35BBC" w:rsidRDefault="00244815" w:rsidP="001714E9">
      <w:pPr>
        <w:pStyle w:val="Heading3"/>
      </w:pPr>
      <w:r>
        <w:t>Step 1: Calculate the Energy Absorbed by Water (q)</w:t>
      </w:r>
    </w:p>
    <w:p w14:paraId="48340538" w14:textId="3CD48BF4" w:rsidR="005B256C" w:rsidRDefault="00D25AB3">
      <w:r>
        <w:rPr>
          <w:noProof/>
        </w:rPr>
        <w:drawing>
          <wp:anchor distT="0" distB="0" distL="114300" distR="114300" simplePos="0" relativeHeight="251685888" behindDoc="0" locked="0" layoutInCell="1" allowOverlap="1" wp14:anchorId="5C9FE778" wp14:editId="19CF6A6A">
            <wp:simplePos x="0" y="0"/>
            <wp:positionH relativeFrom="column">
              <wp:posOffset>4485957</wp:posOffset>
            </wp:positionH>
            <wp:positionV relativeFrom="paragraph">
              <wp:posOffset>196215</wp:posOffset>
            </wp:positionV>
            <wp:extent cx="1630715" cy="1771650"/>
            <wp:effectExtent l="0" t="0" r="0" b="0"/>
            <wp:wrapNone/>
            <wp:docPr id="172187110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360448" name="Picture 1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30715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5BBC">
        <w:t>First,</w:t>
      </w:r>
      <w:r w:rsidR="00B50201">
        <w:t xml:space="preserve"> </w:t>
      </w:r>
      <w:r w:rsidR="00B35BBC">
        <w:t>determine how much heat energy was absorbed by the water surrounding the bomb calorimeter</w:t>
      </w:r>
      <w:r w:rsidR="00B50201">
        <w:t xml:space="preserve"> using the heat capacity equation</w:t>
      </w:r>
      <w:r w:rsidR="002C6E19">
        <w:t>:</w:t>
      </w:r>
    </w:p>
    <w:p w14:paraId="0EB91D1F" w14:textId="42C5DCEB" w:rsidR="005B256C" w:rsidRPr="007862EB" w:rsidRDefault="00244815">
      <w:pPr>
        <w:jc w:val="center"/>
        <w:rPr>
          <w:rFonts w:ascii="Times New Roman" w:hAnsi="Times New Roman" w:cs="Times New Roman"/>
          <w:bCs/>
          <w:i/>
          <w:iCs/>
          <w:sz w:val="40"/>
          <w:szCs w:val="36"/>
        </w:rPr>
      </w:pPr>
      <w:r w:rsidRPr="007862EB">
        <w:rPr>
          <w:rFonts w:ascii="Times New Roman" w:hAnsi="Times New Roman" w:cs="Times New Roman"/>
          <w:bCs/>
          <w:i/>
          <w:iCs/>
          <w:color w:val="C00000"/>
          <w:sz w:val="44"/>
          <w:szCs w:val="36"/>
        </w:rPr>
        <w:t>q</w:t>
      </w:r>
      <w:r w:rsidRPr="007862EB">
        <w:rPr>
          <w:rFonts w:ascii="Times New Roman" w:hAnsi="Times New Roman" w:cs="Times New Roman"/>
          <w:bCs/>
          <w:i/>
          <w:iCs/>
          <w:sz w:val="44"/>
          <w:szCs w:val="36"/>
        </w:rPr>
        <w:t xml:space="preserve"> = </w:t>
      </w:r>
      <w:proofErr w:type="spellStart"/>
      <w:r w:rsidRPr="007862EB">
        <w:rPr>
          <w:rFonts w:ascii="Times New Roman" w:hAnsi="Times New Roman" w:cs="Times New Roman"/>
          <w:bCs/>
          <w:i/>
          <w:iCs/>
          <w:sz w:val="44"/>
          <w:szCs w:val="36"/>
        </w:rPr>
        <w:t>m</w:t>
      </w:r>
      <w:r w:rsidRPr="007862EB">
        <w:rPr>
          <w:rFonts w:ascii="Times New Roman" w:hAnsi="Times New Roman" w:cs="Times New Roman"/>
          <w:bCs/>
          <w:sz w:val="44"/>
          <w:szCs w:val="36"/>
        </w:rPr>
        <w:t>c</w:t>
      </w:r>
      <w:r w:rsidRPr="007862EB">
        <w:rPr>
          <w:rFonts w:ascii="Times New Roman" w:hAnsi="Times New Roman" w:cs="Times New Roman"/>
          <w:bCs/>
          <w:i/>
          <w:iCs/>
          <w:sz w:val="44"/>
          <w:szCs w:val="36"/>
        </w:rPr>
        <w:t>ΔT</w:t>
      </w:r>
      <w:proofErr w:type="spellEnd"/>
    </w:p>
    <w:p w14:paraId="6E9EF7B0" w14:textId="77777777" w:rsidR="005B256C" w:rsidRPr="00B35BBC" w:rsidRDefault="00244815">
      <w:pPr>
        <w:jc w:val="center"/>
        <w:rPr>
          <w:rFonts w:ascii="Times New Roman" w:hAnsi="Times New Roman" w:cs="Times New Roman"/>
          <w:i/>
          <w:iCs/>
          <w:sz w:val="28"/>
          <w:szCs w:val="24"/>
        </w:rPr>
      </w:pPr>
      <w:r w:rsidRPr="00B35BBC">
        <w:rPr>
          <w:rFonts w:ascii="Times New Roman" w:hAnsi="Times New Roman" w:cs="Times New Roman"/>
          <w:i/>
          <w:iCs/>
          <w:sz w:val="28"/>
          <w:szCs w:val="24"/>
        </w:rPr>
        <w:t>q = mc(</w:t>
      </w:r>
      <w:proofErr w:type="spellStart"/>
      <w:r w:rsidRPr="00B35BBC">
        <w:rPr>
          <w:rFonts w:ascii="Times New Roman" w:hAnsi="Times New Roman" w:cs="Times New Roman"/>
          <w:i/>
          <w:iCs/>
          <w:sz w:val="28"/>
          <w:szCs w:val="24"/>
        </w:rPr>
        <w:t>T</w:t>
      </w:r>
      <w:r w:rsidRPr="00B35BBC">
        <w:rPr>
          <w:rFonts w:ascii="Times New Roman" w:hAnsi="Times New Roman" w:cs="Times New Roman"/>
          <w:i/>
          <w:iCs/>
          <w:sz w:val="28"/>
          <w:szCs w:val="24"/>
          <w:vertAlign w:val="subscript"/>
        </w:rPr>
        <w:t>f</w:t>
      </w:r>
      <w:proofErr w:type="spellEnd"/>
      <w:r w:rsidRPr="00B35BBC">
        <w:rPr>
          <w:rFonts w:ascii="Times New Roman" w:hAnsi="Times New Roman" w:cs="Times New Roman"/>
          <w:i/>
          <w:iCs/>
          <w:sz w:val="28"/>
          <w:szCs w:val="24"/>
        </w:rPr>
        <w:t xml:space="preserve"> − T</w:t>
      </w:r>
      <w:r w:rsidRPr="00B35BBC">
        <w:rPr>
          <w:rFonts w:ascii="Times New Roman" w:hAnsi="Times New Roman" w:cs="Times New Roman"/>
          <w:i/>
          <w:iCs/>
          <w:sz w:val="28"/>
          <w:szCs w:val="24"/>
          <w:vertAlign w:val="subscript"/>
        </w:rPr>
        <w:t>i</w:t>
      </w:r>
      <w:r w:rsidRPr="00B35BBC">
        <w:rPr>
          <w:rFonts w:ascii="Times New Roman" w:hAnsi="Times New Roman" w:cs="Times New Roman"/>
          <w:i/>
          <w:iCs/>
          <w:sz w:val="28"/>
          <w:szCs w:val="24"/>
        </w:rPr>
        <w:t>)</w:t>
      </w:r>
    </w:p>
    <w:p w14:paraId="63911B70" w14:textId="77777777" w:rsidR="005B256C" w:rsidRDefault="00244815">
      <w:r>
        <w:rPr>
          <w:b/>
        </w:rPr>
        <w:t>Where:</w:t>
      </w:r>
      <w:r>
        <w:rPr>
          <w:b/>
        </w:rPr>
        <w:br/>
      </w:r>
      <w:r>
        <w:t xml:space="preserve">• </w:t>
      </w:r>
      <w:r w:rsidRPr="00BF1307">
        <w:rPr>
          <w:i/>
          <w:iCs/>
        </w:rPr>
        <w:t>q</w:t>
      </w:r>
      <w:r>
        <w:t xml:space="preserve"> = heat energy absorbed by water (J or kJ)</w:t>
      </w:r>
      <w:r>
        <w:br/>
        <w:t xml:space="preserve">• </w:t>
      </w:r>
      <w:r w:rsidRPr="00BF1307">
        <w:rPr>
          <w:i/>
          <w:iCs/>
        </w:rPr>
        <w:t xml:space="preserve">m </w:t>
      </w:r>
      <w:r>
        <w:t>= mass of water (g)</w:t>
      </w:r>
      <w:r>
        <w:br/>
        <w:t>• c = specific heat capacity of water (4.18 J g</w:t>
      </w:r>
      <w:r>
        <w:rPr>
          <w:vertAlign w:val="superscript"/>
        </w:rPr>
        <w:t>−1</w:t>
      </w:r>
      <w:r>
        <w:t xml:space="preserve"> °C</w:t>
      </w:r>
      <w:r>
        <w:rPr>
          <w:vertAlign w:val="superscript"/>
        </w:rPr>
        <w:t>−1</w:t>
      </w:r>
      <w:r>
        <w:t>)</w:t>
      </w:r>
      <w:r>
        <w:br/>
        <w:t xml:space="preserve">• </w:t>
      </w:r>
      <w:proofErr w:type="spellStart"/>
      <w:r w:rsidRPr="00BF1307">
        <w:rPr>
          <w:i/>
          <w:iCs/>
        </w:rPr>
        <w:t>T</w:t>
      </w:r>
      <w:r>
        <w:rPr>
          <w:vertAlign w:val="subscript"/>
        </w:rPr>
        <w:t>f</w:t>
      </w:r>
      <w:proofErr w:type="spellEnd"/>
      <w:r>
        <w:t xml:space="preserve"> = final temperature (°C)</w:t>
      </w:r>
      <w:r>
        <w:br/>
        <w:t xml:space="preserve">• </w:t>
      </w:r>
      <w:r w:rsidRPr="00BF1307">
        <w:rPr>
          <w:i/>
          <w:iCs/>
        </w:rPr>
        <w:t>T</w:t>
      </w:r>
      <w:r>
        <w:rPr>
          <w:vertAlign w:val="subscript"/>
        </w:rPr>
        <w:t>i</w:t>
      </w:r>
      <w:r>
        <w:t xml:space="preserve"> = initial temperature (°C)</w:t>
      </w:r>
    </w:p>
    <w:p w14:paraId="50D6854F" w14:textId="77777777" w:rsidR="005B256C" w:rsidRDefault="00244815" w:rsidP="001714E9">
      <w:pPr>
        <w:pStyle w:val="Heading3"/>
      </w:pPr>
      <w:r>
        <w:t>Step 2: Calculate the Number of Moles (n)</w:t>
      </w:r>
    </w:p>
    <w:p w14:paraId="50C4F792" w14:textId="77777777" w:rsidR="005B256C" w:rsidRDefault="00244815" w:rsidP="002C6E19">
      <w:pPr>
        <w:spacing w:after="0"/>
      </w:pPr>
      <w:r>
        <w:t>Next, we determine how many moles of fuel were burned in the experiment:</w:t>
      </w:r>
    </w:p>
    <w:p w14:paraId="64935185" w14:textId="77777777" w:rsidR="001714E9" w:rsidRPr="007862EB" w:rsidRDefault="001714E9" w:rsidP="002C6E19">
      <w:pPr>
        <w:spacing w:after="0"/>
        <w:jc w:val="center"/>
        <w:rPr>
          <w:rFonts w:ascii="Times New Roman" w:hAnsi="Times New Roman" w:cs="Times New Roman"/>
          <w:i/>
          <w:iCs/>
          <w:sz w:val="44"/>
          <w:szCs w:val="40"/>
          <w:lang w:val="en-AU"/>
        </w:rPr>
      </w:pPr>
      <w:r w:rsidRPr="007862EB">
        <w:rPr>
          <w:rFonts w:ascii="Times New Roman" w:hAnsi="Times New Roman" w:cs="Times New Roman"/>
          <w:i/>
          <w:iCs/>
          <w:color w:val="0070C0"/>
          <w:sz w:val="44"/>
          <w:szCs w:val="40"/>
          <w:lang w:val="en-AU"/>
        </w:rPr>
        <w:t>n</w:t>
      </w:r>
      <w:r w:rsidRPr="007862EB">
        <w:rPr>
          <w:rFonts w:ascii="Times New Roman" w:hAnsi="Times New Roman" w:cs="Times New Roman"/>
          <w:i/>
          <w:iCs/>
          <w:sz w:val="44"/>
          <w:szCs w:val="40"/>
          <w:lang w:val="en-AU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iCs/>
                <w:sz w:val="44"/>
                <w:szCs w:val="40"/>
                <w:lang w:val="en-AU"/>
              </w:rPr>
            </m:ctrlPr>
          </m:fPr>
          <m:num>
            <m:r>
              <w:rPr>
                <w:rFonts w:ascii="Cambria Math" w:hAnsi="Cambria Math" w:cs="Times New Roman"/>
                <w:sz w:val="44"/>
                <w:szCs w:val="40"/>
                <w:lang w:val="en-AU"/>
              </w:rPr>
              <m:t>m</m:t>
            </m:r>
          </m:num>
          <m:den>
            <m:r>
              <w:rPr>
                <w:rFonts w:ascii="Cambria Math" w:hAnsi="Cambria Math" w:cs="Times New Roman"/>
                <w:sz w:val="44"/>
                <w:szCs w:val="40"/>
                <w:lang w:val="en-AU"/>
              </w:rPr>
              <m:t>M</m:t>
            </m:r>
          </m:den>
        </m:f>
      </m:oMath>
    </w:p>
    <w:p w14:paraId="4006A0C4" w14:textId="77777777" w:rsidR="005B256C" w:rsidRDefault="00244815">
      <w:r>
        <w:rPr>
          <w:b/>
        </w:rPr>
        <w:t>Where:</w:t>
      </w:r>
      <w:r>
        <w:rPr>
          <w:b/>
        </w:rPr>
        <w:br/>
      </w:r>
      <w:r>
        <w:t xml:space="preserve">• </w:t>
      </w:r>
      <w:r w:rsidRPr="001714E9">
        <w:rPr>
          <w:i/>
          <w:iCs/>
        </w:rPr>
        <w:t>n</w:t>
      </w:r>
      <w:r>
        <w:t xml:space="preserve"> = number of moles of fuel (mol)</w:t>
      </w:r>
      <w:r>
        <w:br/>
        <w:t xml:space="preserve">• </w:t>
      </w:r>
      <w:r w:rsidRPr="001714E9">
        <w:rPr>
          <w:i/>
          <w:iCs/>
        </w:rPr>
        <w:t>m</w:t>
      </w:r>
      <w:r>
        <w:t xml:space="preserve"> = mass of fuel burned (g)</w:t>
      </w:r>
      <w:r>
        <w:br/>
        <w:t xml:space="preserve">• </w:t>
      </w:r>
      <w:r w:rsidRPr="001714E9">
        <w:rPr>
          <w:i/>
          <w:iCs/>
        </w:rPr>
        <w:t>M</w:t>
      </w:r>
      <w:r>
        <w:t xml:space="preserve"> = molar mass of fuel (g mol</w:t>
      </w:r>
      <w:r>
        <w:rPr>
          <w:vertAlign w:val="superscript"/>
        </w:rPr>
        <w:t>−1</w:t>
      </w:r>
      <w:r>
        <w:t>)</w:t>
      </w:r>
    </w:p>
    <w:p w14:paraId="59526854" w14:textId="77777777" w:rsidR="005B256C" w:rsidRPr="002C6E19" w:rsidRDefault="00244815" w:rsidP="002C6E19">
      <w:pPr>
        <w:pStyle w:val="Heading3"/>
      </w:pPr>
      <w:r w:rsidRPr="002C6E19">
        <w:t>Step 3: Calculate the Enthalpy of Combustion (ΔH)</w:t>
      </w:r>
    </w:p>
    <w:p w14:paraId="49793249" w14:textId="261D82DA" w:rsidR="005B256C" w:rsidRDefault="00E966BA">
      <w:r>
        <w:t xml:space="preserve">Now assuming that </w:t>
      </w:r>
      <w:r w:rsidR="00375D62">
        <w:t xml:space="preserve">| </w:t>
      </w:r>
      <w:proofErr w:type="spellStart"/>
      <w:r w:rsidRPr="0095258C">
        <w:rPr>
          <w:i/>
          <w:iCs/>
        </w:rPr>
        <w:t>q</w:t>
      </w:r>
      <w:r w:rsidR="0095258C" w:rsidRPr="0095258C">
        <w:rPr>
          <w:vertAlign w:val="subscript"/>
        </w:rPr>
        <w:t>f</w:t>
      </w:r>
      <w:proofErr w:type="spellEnd"/>
      <w:r w:rsidR="0095258C">
        <w:t xml:space="preserve"> </w:t>
      </w:r>
      <w:r w:rsidR="00375D62">
        <w:t xml:space="preserve">| </w:t>
      </w:r>
      <w:r w:rsidR="0095258C">
        <w:t>=</w:t>
      </w:r>
      <w:r w:rsidR="00375D62">
        <w:t>|</w:t>
      </w:r>
      <w:r w:rsidR="0095258C">
        <w:t xml:space="preserve"> </w:t>
      </w:r>
      <w:proofErr w:type="spellStart"/>
      <w:r w:rsidR="0095258C" w:rsidRPr="0095258C">
        <w:rPr>
          <w:i/>
          <w:iCs/>
        </w:rPr>
        <w:t>q</w:t>
      </w:r>
      <w:r w:rsidR="0095258C" w:rsidRPr="0095258C">
        <w:rPr>
          <w:vertAlign w:val="subscript"/>
        </w:rPr>
        <w:t>w</w:t>
      </w:r>
      <w:proofErr w:type="spellEnd"/>
      <w:r w:rsidR="00375D62">
        <w:t>|,</w:t>
      </w:r>
      <w:r w:rsidR="00244815">
        <w:t xml:space="preserve"> we combine the energy released with the number of moles to find the enthalpy of combustion per mole:</w:t>
      </w:r>
    </w:p>
    <w:p w14:paraId="257C7A99" w14:textId="6EFF2A69" w:rsidR="002C6E19" w:rsidRPr="007862EB" w:rsidRDefault="002C6E19" w:rsidP="002C6E19">
      <w:pPr>
        <w:jc w:val="center"/>
        <w:rPr>
          <w:rFonts w:ascii="Times New Roman" w:hAnsi="Times New Roman" w:cs="Times New Roman"/>
          <w:i/>
          <w:iCs/>
          <w:sz w:val="44"/>
          <w:szCs w:val="44"/>
          <w:lang w:val="en-AU"/>
        </w:rPr>
      </w:pPr>
      <w:proofErr w:type="spellStart"/>
      <w:r w:rsidRPr="007862EB">
        <w:rPr>
          <w:sz w:val="44"/>
          <w:szCs w:val="44"/>
        </w:rPr>
        <w:t>Δ</w:t>
      </w:r>
      <w:r w:rsidRPr="007862EB">
        <w:rPr>
          <w:rFonts w:ascii="Times New Roman" w:hAnsi="Times New Roman" w:cs="Times New Roman"/>
          <w:i/>
          <w:iCs/>
          <w:sz w:val="44"/>
          <w:szCs w:val="44"/>
        </w:rPr>
        <w:t>H</w:t>
      </w:r>
      <w:r w:rsidRPr="007862EB">
        <w:rPr>
          <w:rFonts w:ascii="Times New Roman" w:hAnsi="Times New Roman" w:cs="Times New Roman"/>
          <w:i/>
          <w:iCs/>
          <w:sz w:val="44"/>
          <w:szCs w:val="44"/>
          <w:vertAlign w:val="subscript"/>
        </w:rPr>
        <w:t>c</w:t>
      </w:r>
      <w:proofErr w:type="spellEnd"/>
      <w:r w:rsidRPr="007862EB">
        <w:rPr>
          <w:rFonts w:ascii="Times New Roman" w:hAnsi="Times New Roman" w:cs="Times New Roman"/>
          <w:i/>
          <w:iCs/>
          <w:sz w:val="44"/>
          <w:szCs w:val="44"/>
          <w:lang w:val="en-AU"/>
        </w:rPr>
        <w:t xml:space="preserve"> =- </w:t>
      </w:r>
      <m:oMath>
        <m:f>
          <m:fPr>
            <m:ctrlPr>
              <w:rPr>
                <w:rFonts w:ascii="Cambria Math" w:hAnsi="Cambria Math" w:cs="Times New Roman"/>
                <w:i/>
                <w:iCs/>
                <w:sz w:val="44"/>
                <w:szCs w:val="44"/>
                <w:lang w:val="en-AU"/>
              </w:rPr>
            </m:ctrlPr>
          </m:fPr>
          <m:num>
            <m:r>
              <w:rPr>
                <w:rFonts w:ascii="Cambria Math" w:hAnsi="Cambria Math" w:cs="Times New Roman"/>
                <w:color w:val="C00000"/>
                <w:sz w:val="44"/>
                <w:szCs w:val="44"/>
                <w:lang w:val="en-AU"/>
              </w:rPr>
              <m:t>q</m:t>
            </m:r>
          </m:num>
          <m:den>
            <m:r>
              <w:rPr>
                <w:rFonts w:ascii="Cambria Math" w:hAnsi="Cambria Math" w:cs="Times New Roman"/>
                <w:color w:val="0070C0"/>
                <w:sz w:val="44"/>
                <w:szCs w:val="44"/>
                <w:lang w:val="en-AU"/>
              </w:rPr>
              <m:t>n</m:t>
            </m:r>
          </m:den>
        </m:f>
      </m:oMath>
    </w:p>
    <w:p w14:paraId="6879A9B3" w14:textId="5D01E611" w:rsidR="005B256C" w:rsidRDefault="00244815">
      <w:r>
        <w:rPr>
          <w:b/>
        </w:rPr>
        <w:t>Where:</w:t>
      </w:r>
      <w:r>
        <w:rPr>
          <w:b/>
        </w:rPr>
        <w:br/>
      </w:r>
      <w:r>
        <w:t xml:space="preserve">• </w:t>
      </w:r>
      <w:proofErr w:type="spellStart"/>
      <w:r>
        <w:t>Δ</w:t>
      </w:r>
      <w:r w:rsidRPr="002C6E19">
        <w:rPr>
          <w:i/>
          <w:iCs/>
        </w:rPr>
        <w:t>H</w:t>
      </w:r>
      <w:r>
        <w:rPr>
          <w:vertAlign w:val="subscript"/>
        </w:rPr>
        <w:t>c</w:t>
      </w:r>
      <w:proofErr w:type="spellEnd"/>
      <w:r>
        <w:t xml:space="preserve"> = enthalpy of combustion (kJ mol</w:t>
      </w:r>
      <w:r>
        <w:rPr>
          <w:vertAlign w:val="superscript"/>
        </w:rPr>
        <w:t>−1</w:t>
      </w:r>
      <w:r>
        <w:t>)</w:t>
      </w:r>
      <w:r>
        <w:br/>
        <w:t xml:space="preserve">• </w:t>
      </w:r>
      <w:r w:rsidRPr="002C6E19">
        <w:rPr>
          <w:i/>
          <w:iCs/>
        </w:rPr>
        <w:t>q</w:t>
      </w:r>
      <w:r>
        <w:t xml:space="preserve"> = heat absorbed by water (kJ)</w:t>
      </w:r>
      <w:r>
        <w:br/>
        <w:t xml:space="preserve">• </w:t>
      </w:r>
      <w:r w:rsidRPr="002C6E19">
        <w:rPr>
          <w:i/>
          <w:iCs/>
        </w:rPr>
        <w:t>n</w:t>
      </w:r>
      <w:r>
        <w:t xml:space="preserve"> = number of moles of fuel (mol)</w:t>
      </w:r>
      <w:r>
        <w:br/>
        <w:t xml:space="preserve">• The negative sign indicates energy is </w:t>
      </w:r>
      <w:r>
        <w:rPr>
          <w:i/>
        </w:rPr>
        <w:t>released</w:t>
      </w:r>
      <w:r>
        <w:t xml:space="preserve"> (exothermic)</w:t>
      </w:r>
      <w:r>
        <w:br w:type="page"/>
      </w:r>
    </w:p>
    <w:p w14:paraId="1E701684" w14:textId="77777777" w:rsidR="005B256C" w:rsidRDefault="00244815">
      <w:pPr>
        <w:pStyle w:val="Heading1"/>
      </w:pPr>
      <w:r>
        <w:lastRenderedPageBreak/>
        <w:t>Simplifying the Concept: Two Inputs, One Output</w:t>
      </w:r>
    </w:p>
    <w:p w14:paraId="4D1C7B4D" w14:textId="642909C2" w:rsidR="005B256C" w:rsidRDefault="00C05311">
      <w:r>
        <w:t>We can also think of the process as two inputs that combine to give us one output:</w:t>
      </w:r>
    </w:p>
    <w:p w14:paraId="3CE0051A" w14:textId="78E2EA78" w:rsidR="005B256C" w:rsidRDefault="00542F4F"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3449EF43" wp14:editId="25EA50EA">
                <wp:simplePos x="0" y="0"/>
                <wp:positionH relativeFrom="column">
                  <wp:posOffset>533400</wp:posOffset>
                </wp:positionH>
                <wp:positionV relativeFrom="paragraph">
                  <wp:posOffset>106045</wp:posOffset>
                </wp:positionV>
                <wp:extent cx="4826000" cy="2514600"/>
                <wp:effectExtent l="0" t="0" r="0" b="0"/>
                <wp:wrapNone/>
                <wp:docPr id="169234905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26000" cy="2514600"/>
                          <a:chOff x="0" y="0"/>
                          <a:chExt cx="4826000" cy="2514600"/>
                        </a:xfrm>
                      </wpg:grpSpPr>
                      <wps:wsp>
                        <wps:cNvPr id="1911719190" name="Text Box 9"/>
                        <wps:cNvSpPr txBox="1"/>
                        <wps:spPr>
                          <a:xfrm>
                            <a:off x="0" y="0"/>
                            <a:ext cx="1953260" cy="10922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07646FD" w14:textId="77777777" w:rsidR="000C5606" w:rsidRDefault="000C5606" w:rsidP="00455165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4"/>
                                  <w:szCs w:val="40"/>
                                </w:rPr>
                              </w:pPr>
                              <w:r w:rsidRPr="000C5606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C00000"/>
                                  <w:sz w:val="44"/>
                                  <w:szCs w:val="40"/>
                                  <w:lang w:val="en-AU"/>
                                </w:rPr>
                                <w:t>q</w:t>
                              </w:r>
                              <w:r w:rsidRPr="0061127F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4"/>
                                  <w:szCs w:val="40"/>
                                  <w:lang w:val="en-AU"/>
                                </w:rPr>
                                <w:t xml:space="preserve"> = mc</w:t>
                              </w:r>
                              <w:r w:rsidRPr="0061127F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4"/>
                                  <w:szCs w:val="40"/>
                                </w:rPr>
                                <w:t>ΔT</w:t>
                              </w:r>
                            </w:p>
                            <w:p w14:paraId="0C9B9A49" w14:textId="21B5F571" w:rsidR="00455165" w:rsidRPr="0061127F" w:rsidRDefault="00455165" w:rsidP="00455165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4"/>
                                  <w:szCs w:val="40"/>
                                  <w:lang w:val="en-AU"/>
                                </w:rPr>
                              </w:pPr>
                              <w:r>
                                <w:t xml:space="preserve">Total energy absorbed by the calorimeter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9990495" name="Text Box 9"/>
                        <wps:cNvSpPr txBox="1"/>
                        <wps:spPr>
                          <a:xfrm>
                            <a:off x="3187700" y="12700"/>
                            <a:ext cx="1638300" cy="11176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ACAFF33" w14:textId="77777777" w:rsidR="00C05311" w:rsidRDefault="00C05311" w:rsidP="00455165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8"/>
                                  <w:szCs w:val="44"/>
                                  <w:lang w:val="en-AU"/>
                                </w:rPr>
                              </w:pPr>
                              <w:r w:rsidRPr="00C05311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70C0"/>
                                  <w:sz w:val="48"/>
                                  <w:szCs w:val="44"/>
                                  <w:lang w:val="en-AU"/>
                                </w:rPr>
                                <w:t>n</w:t>
                              </w:r>
                              <w:r w:rsidRPr="00027078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8"/>
                                  <w:szCs w:val="44"/>
                                  <w:lang w:val="en-AU"/>
                                </w:rPr>
                                <w:t xml:space="preserve"> =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iCs/>
                                        <w:sz w:val="48"/>
                                        <w:szCs w:val="44"/>
                                        <w:lang w:val="en-AU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Times New Roman"/>
                                        <w:sz w:val="48"/>
                                        <w:szCs w:val="44"/>
                                        <w:lang w:val="en-AU"/>
                                      </w:rPr>
                                      <m:t>m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Times New Roman"/>
                                        <w:sz w:val="48"/>
                                        <w:szCs w:val="44"/>
                                        <w:lang w:val="en-AU"/>
                                      </w:rPr>
                                      <m:t>M</m:t>
                                    </m:r>
                                  </m:den>
                                </m:f>
                              </m:oMath>
                            </w:p>
                            <w:p w14:paraId="36F46214" w14:textId="5C95AEFD" w:rsidR="00455165" w:rsidRPr="00027078" w:rsidRDefault="00455165" w:rsidP="00455165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8"/>
                                  <w:szCs w:val="44"/>
                                  <w:lang w:val="en-AU"/>
                                </w:rPr>
                              </w:pPr>
                              <w:r>
                                <w:t>Number of moles of fuel combusted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656374" name="Text Box 12"/>
                        <wps:cNvSpPr txBox="1"/>
                        <wps:spPr>
                          <a:xfrm>
                            <a:off x="1295400" y="1257300"/>
                            <a:ext cx="2197100" cy="12573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6B885F3" w14:textId="77777777" w:rsidR="00455165" w:rsidRPr="007862EB" w:rsidRDefault="00455165" w:rsidP="00455165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4"/>
                                  <w:szCs w:val="44"/>
                                  <w:lang w:val="en-AU"/>
                                </w:rPr>
                              </w:pPr>
                              <w:proofErr w:type="spellStart"/>
                              <w:r w:rsidRPr="007862EB">
                                <w:rPr>
                                  <w:sz w:val="44"/>
                                  <w:szCs w:val="44"/>
                                </w:rPr>
                                <w:t>Δ</w:t>
                              </w:r>
                              <w:r w:rsidRPr="007862EB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4"/>
                                  <w:szCs w:val="44"/>
                                </w:rPr>
                                <w:t>H</w:t>
                              </w:r>
                              <w:r w:rsidRPr="007862EB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4"/>
                                  <w:szCs w:val="44"/>
                                  <w:vertAlign w:val="subscript"/>
                                </w:rPr>
                                <w:t>c</w:t>
                              </w:r>
                              <w:proofErr w:type="spellEnd"/>
                              <w:r w:rsidRPr="007862EB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4"/>
                                  <w:szCs w:val="44"/>
                                  <w:lang w:val="en-AU"/>
                                </w:rPr>
                                <w:t xml:space="preserve"> =-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iCs/>
                                        <w:sz w:val="44"/>
                                        <w:szCs w:val="44"/>
                                        <w:lang w:val="en-AU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Times New Roman"/>
                                        <w:color w:val="C00000"/>
                                        <w:sz w:val="44"/>
                                        <w:szCs w:val="44"/>
                                        <w:lang w:val="en-AU"/>
                                      </w:rPr>
                                      <m:t>q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Times New Roman"/>
                                        <w:color w:val="0070C0"/>
                                        <w:sz w:val="44"/>
                                        <w:szCs w:val="44"/>
                                        <w:lang w:val="en-AU"/>
                                      </w:rPr>
                                      <m:t>n</m:t>
                                    </m:r>
                                  </m:den>
                                </m:f>
                              </m:oMath>
                            </w:p>
                            <w:p w14:paraId="47BE7DE4" w14:textId="232BA7D2" w:rsidR="00455165" w:rsidRDefault="00542F4F">
                              <w:r>
                                <w:t xml:space="preserve">Energy released </w:t>
                              </w:r>
                              <w:r>
                                <w:rPr>
                                  <w:i/>
                                </w:rPr>
                                <w:t>per mole</w:t>
                              </w:r>
                              <w:r>
                                <w:t xml:space="preserve"> of fuel (enthalpy of combustion)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9888125" name="Straight Arrow Connector 13"/>
                        <wps:cNvCnPr/>
                        <wps:spPr>
                          <a:xfrm>
                            <a:off x="1511300" y="647700"/>
                            <a:ext cx="1181100" cy="7239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9942999" name="Straight Arrow Connector 14"/>
                        <wps:cNvCnPr/>
                        <wps:spPr>
                          <a:xfrm flipH="1">
                            <a:off x="2946400" y="1003300"/>
                            <a:ext cx="546100" cy="6985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49EF43" id="Group 15" o:spid="_x0000_s1038" style="position:absolute;margin-left:42pt;margin-top:8.35pt;width:380pt;height:198pt;z-index:251677696" coordsize="48260,2514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">
                <v:shape id="Text Box 9" o:spid="_x0000_s1039" type="#_x0000_t202" style="position:absolute;width:19532;height:109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" fillcolor="white [3201]" stroked="f" strokeweight=".5pt">
                  <v:textbox>
                    <w:txbxContent>
                      <w:p w14:paraId="707646FD" w14:textId="77777777" w:rsidR="000C5606" w:rsidRDefault="000C5606" w:rsidP="00455165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i/>
                            <w:iCs/>
                            <w:sz w:val="44"/>
                            <w:szCs w:val="40"/>
                          </w:rPr>
                        </w:pPr>
                        <w:r w:rsidRPr="000C5606">
                          <w:rPr>
                            <w:rFonts w:ascii="Times New Roman" w:hAnsi="Times New Roman" w:cs="Times New Roman"/>
                            <w:i/>
                            <w:iCs/>
                            <w:color w:val="C00000"/>
                            <w:sz w:val="44"/>
                            <w:szCs w:val="40"/>
                            <w:lang w:val="en-AU"/>
                          </w:rPr>
                          <w:t>q</w:t>
                        </w:r>
                        <w:r w:rsidRPr="0061127F">
                          <w:rPr>
                            <w:rFonts w:ascii="Times New Roman" w:hAnsi="Times New Roman" w:cs="Times New Roman"/>
                            <w:i/>
                            <w:iCs/>
                            <w:sz w:val="44"/>
                            <w:szCs w:val="40"/>
                            <w:lang w:val="en-AU"/>
                          </w:rPr>
                          <w:t xml:space="preserve"> = mc</w:t>
                        </w:r>
                        <w:r w:rsidRPr="0061127F">
                          <w:rPr>
                            <w:rFonts w:ascii="Times New Roman" w:hAnsi="Times New Roman" w:cs="Times New Roman"/>
                            <w:i/>
                            <w:iCs/>
                            <w:sz w:val="44"/>
                            <w:szCs w:val="40"/>
                          </w:rPr>
                          <w:t>ΔT</w:t>
                        </w:r>
                      </w:p>
                      <w:p w14:paraId="0C9B9A49" w14:textId="21B5F571" w:rsidR="00455165" w:rsidRPr="0061127F" w:rsidRDefault="00455165" w:rsidP="00455165">
                        <w:pPr>
                          <w:jc w:val="center"/>
                          <w:rPr>
                            <w:rFonts w:ascii="Times New Roman" w:hAnsi="Times New Roman" w:cs="Times New Roman"/>
                            <w:i/>
                            <w:iCs/>
                            <w:sz w:val="44"/>
                            <w:szCs w:val="40"/>
                            <w:lang w:val="en-AU"/>
                          </w:rPr>
                        </w:pPr>
                        <w:r>
                          <w:t xml:space="preserve">Total energy absorbed by the calorimeter </w:t>
                        </w:r>
                      </w:p>
                    </w:txbxContent>
                  </v:textbox>
                </v:shape>
                <v:shape id="Text Box 9" o:spid="_x0000_s1040" type="#_x0000_t202" style="position:absolute;left:31877;top:127;width:16383;height:111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" fillcolor="white [3201]" stroked="f" strokeweight=".5pt">
                  <v:textbox>
                    <w:txbxContent>
                      <w:p w14:paraId="4ACAFF33" w14:textId="77777777" w:rsidR="00C05311" w:rsidRDefault="00C05311" w:rsidP="00455165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i/>
                            <w:iCs/>
                            <w:sz w:val="48"/>
                            <w:szCs w:val="44"/>
                            <w:lang w:val="en-AU"/>
                          </w:rPr>
                        </w:pPr>
                        <w:r w:rsidRPr="00C05311">
                          <w:rPr>
                            <w:rFonts w:ascii="Times New Roman" w:hAnsi="Times New Roman" w:cs="Times New Roman"/>
                            <w:i/>
                            <w:iCs/>
                            <w:color w:val="0070C0"/>
                            <w:sz w:val="48"/>
                            <w:szCs w:val="44"/>
                            <w:lang w:val="en-AU"/>
                          </w:rPr>
                          <w:t>n</w:t>
                        </w:r>
                        <w:r w:rsidRPr="00027078">
                          <w:rPr>
                            <w:rFonts w:ascii="Times New Roman" w:hAnsi="Times New Roman" w:cs="Times New Roman"/>
                            <w:i/>
                            <w:iCs/>
                            <w:sz w:val="48"/>
                            <w:szCs w:val="44"/>
                            <w:lang w:val="en-AU"/>
                          </w:rPr>
                          <w:t xml:space="preserve"> =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sz w:val="48"/>
                                  <w:szCs w:val="44"/>
                                  <w:lang w:val="en-AU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Times New Roman"/>
                                  <w:sz w:val="48"/>
                                  <w:szCs w:val="44"/>
                                  <w:lang w:val="en-AU"/>
                                </w:rPr>
                                <m:t>m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Times New Roman"/>
                                  <w:sz w:val="48"/>
                                  <w:szCs w:val="44"/>
                                  <w:lang w:val="en-AU"/>
                                </w:rPr>
                                <m:t>M</m:t>
                              </m:r>
                            </m:den>
                          </m:f>
                        </m:oMath>
                      </w:p>
                      <w:p w14:paraId="36F46214" w14:textId="5C95AEFD" w:rsidR="00455165" w:rsidRPr="00027078" w:rsidRDefault="00455165" w:rsidP="00455165">
                        <w:pPr>
                          <w:jc w:val="center"/>
                          <w:rPr>
                            <w:rFonts w:ascii="Times New Roman" w:hAnsi="Times New Roman" w:cs="Times New Roman"/>
                            <w:i/>
                            <w:iCs/>
                            <w:sz w:val="48"/>
                            <w:szCs w:val="44"/>
                            <w:lang w:val="en-AU"/>
                          </w:rPr>
                        </w:pPr>
                        <w:r>
                          <w:t>Number of moles of fuel combusted</w:t>
                        </w:r>
                      </w:p>
                    </w:txbxContent>
                  </v:textbox>
                </v:shape>
                <v:shape id="Text Box 12" o:spid="_x0000_s1041" type="#_x0000_t202" style="position:absolute;left:12954;top:12573;width:21971;height:125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" fillcolor="white [3201]" stroked="f" strokeweight=".5pt">
                  <v:textbox>
                    <w:txbxContent>
                      <w:p w14:paraId="26B885F3" w14:textId="77777777" w:rsidR="00455165" w:rsidRPr="007862EB" w:rsidRDefault="00455165" w:rsidP="00455165">
                        <w:pPr>
                          <w:jc w:val="center"/>
                          <w:rPr>
                            <w:rFonts w:ascii="Times New Roman" w:hAnsi="Times New Roman" w:cs="Times New Roman"/>
                            <w:i/>
                            <w:iCs/>
                            <w:sz w:val="44"/>
                            <w:szCs w:val="44"/>
                            <w:lang w:val="en-AU"/>
                          </w:rPr>
                        </w:pPr>
                        <w:r w:rsidRPr="007862EB">
                          <w:rPr>
                            <w:sz w:val="44"/>
                            <w:szCs w:val="44"/>
                          </w:rPr>
                          <w:t>Δ</w:t>
                        </w:r>
                        <w:r w:rsidRPr="007862EB">
                          <w:rPr>
                            <w:rFonts w:ascii="Times New Roman" w:hAnsi="Times New Roman" w:cs="Times New Roman"/>
                            <w:i/>
                            <w:iCs/>
                            <w:sz w:val="44"/>
                            <w:szCs w:val="44"/>
                          </w:rPr>
                          <w:t>H</w:t>
                        </w:r>
                        <w:r w:rsidRPr="007862EB">
                          <w:rPr>
                            <w:rFonts w:ascii="Times New Roman" w:hAnsi="Times New Roman" w:cs="Times New Roman"/>
                            <w:i/>
                            <w:iCs/>
                            <w:sz w:val="44"/>
                            <w:szCs w:val="44"/>
                            <w:vertAlign w:val="subscript"/>
                          </w:rPr>
                          <w:t>c</w:t>
                        </w:r>
                        <w:r w:rsidRPr="007862EB">
                          <w:rPr>
                            <w:rFonts w:ascii="Times New Roman" w:hAnsi="Times New Roman" w:cs="Times New Roman"/>
                            <w:i/>
                            <w:iCs/>
                            <w:sz w:val="44"/>
                            <w:szCs w:val="44"/>
                            <w:lang w:val="en-AU"/>
                          </w:rPr>
                          <w:t xml:space="preserve"> =-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sz w:val="44"/>
                                  <w:szCs w:val="44"/>
                                  <w:lang w:val="en-AU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Times New Roman"/>
                                  <w:color w:val="C00000"/>
                                  <w:sz w:val="44"/>
                                  <w:szCs w:val="44"/>
                                  <w:lang w:val="en-AU"/>
                                </w:rPr>
                                <m:t>q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Times New Roman"/>
                                  <w:color w:val="0070C0"/>
                                  <w:sz w:val="44"/>
                                  <w:szCs w:val="44"/>
                                  <w:lang w:val="en-AU"/>
                                </w:rPr>
                                <m:t>n</m:t>
                              </m:r>
                            </m:den>
                          </m:f>
                        </m:oMath>
                      </w:p>
                      <w:p w14:paraId="47BE7DE4" w14:textId="232BA7D2" w:rsidR="00455165" w:rsidRDefault="00542F4F">
                        <w:r>
                          <w:t xml:space="preserve">Energy released </w:t>
                        </w:r>
                        <w:r>
                          <w:rPr>
                            <w:i/>
                          </w:rPr>
                          <w:t>per mole</w:t>
                        </w:r>
                        <w:r>
                          <w:t xml:space="preserve"> of fuel (enthalpy of combustion)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3" o:spid="_x0000_s1042" type="#_x0000_t32" style="position:absolute;left:15113;top:6477;width:11811;height:7239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" strokecolor="#4f81bd [3204]" strokeweight="2pt">
                  <v:stroke endarrow="block"/>
                  <v:shadow on="t" color="black" opacity="24903f" origin=",.5" offset="0,.55556mm"/>
                </v:shape>
                <v:shape id="Straight Arrow Connector 14" o:spid="_x0000_s1043" type="#_x0000_t32" style="position:absolute;left:29464;top:10033;width:5461;height:6985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" strokecolor="#4f81bd [3204]" strokeweight="2pt">
                  <v:stroke endarrow="block"/>
                  <v:shadow on="t" color="black" opacity="24903f" origin=",.5" offset="0,.55556mm"/>
                </v:shape>
              </v:group>
            </w:pict>
          </mc:Fallback>
        </mc:AlternateContent>
      </w:r>
    </w:p>
    <w:p w14:paraId="09EDF010" w14:textId="05C12E62" w:rsidR="000C5606" w:rsidRDefault="000C5606"/>
    <w:p w14:paraId="33A1A9AD" w14:textId="4D406FD3" w:rsidR="000C5606" w:rsidRDefault="000C5606"/>
    <w:p w14:paraId="339ECAE6" w14:textId="044B67BF" w:rsidR="00455165" w:rsidRDefault="00455165"/>
    <w:p w14:paraId="789CECD2" w14:textId="1F8E8414" w:rsidR="00455165" w:rsidRDefault="00455165"/>
    <w:p w14:paraId="329D3925" w14:textId="77777777" w:rsidR="00455165" w:rsidRDefault="00455165"/>
    <w:p w14:paraId="5E67052D" w14:textId="77777777" w:rsidR="00542F4F" w:rsidRDefault="00542F4F"/>
    <w:p w14:paraId="42F16120" w14:textId="77777777" w:rsidR="00542F4F" w:rsidRDefault="00542F4F"/>
    <w:p w14:paraId="555026E2" w14:textId="43652411" w:rsidR="005B256C" w:rsidRDefault="00244815">
      <w:r>
        <w:t xml:space="preserve">This simplified </w:t>
      </w:r>
      <w:r w:rsidR="00AA72F7">
        <w:t xml:space="preserve">process shows that </w:t>
      </w:r>
      <w:r>
        <w:t>bomb calorimetry measures the total energy release</w:t>
      </w:r>
      <w:r w:rsidR="00AA72F7">
        <w:t xml:space="preserve">d by the substance, divided by the amount of the substance </w:t>
      </w:r>
      <w:r>
        <w:t>to get the energy per mole.</w:t>
      </w:r>
    </w:p>
    <w:p w14:paraId="03CFFF67" w14:textId="77777777" w:rsidR="00AA72F7" w:rsidRDefault="00AA72F7">
      <w:pPr>
        <w:rPr>
          <w:rFonts w:eastAsiaTheme="majorEastAsia" w:cstheme="majorBidi"/>
          <w:b/>
          <w:bCs/>
          <w:color w:val="244061" w:themeColor="accent1" w:themeShade="80"/>
          <w:sz w:val="36"/>
          <w:szCs w:val="28"/>
        </w:rPr>
      </w:pPr>
      <w:r>
        <w:br w:type="page"/>
      </w:r>
    </w:p>
    <w:p w14:paraId="6D51F495" w14:textId="5D85D4CE" w:rsidR="005B256C" w:rsidRDefault="00244815">
      <w:pPr>
        <w:pStyle w:val="Heading1"/>
      </w:pPr>
      <w:r>
        <w:lastRenderedPageBreak/>
        <w:t>Worked Example</w:t>
      </w:r>
    </w:p>
    <w:p w14:paraId="7C20DE41" w14:textId="77777777" w:rsidR="005B256C" w:rsidRDefault="00244815" w:rsidP="00AA72F7">
      <w:pPr>
        <w:pStyle w:val="Heading3"/>
      </w:pPr>
      <w:r>
        <w:t>Example 1: Combustion of Ethanol</w:t>
      </w:r>
    </w:p>
    <w:p w14:paraId="2BC4369C" w14:textId="6EF8DAC5" w:rsidR="005B256C" w:rsidRDefault="00244815">
      <w:r>
        <w:rPr>
          <w:b/>
        </w:rPr>
        <w:t>Problem:</w:t>
      </w:r>
      <w:r>
        <w:rPr>
          <w:b/>
        </w:rPr>
        <w:br/>
      </w:r>
      <w:r>
        <w:t>A bomb calorimeter contains 1500 g of water. When 0.920 g of ethanol (C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5</w:t>
      </w:r>
      <w:r>
        <w:t>OH, M = 46.0 g mol</w:t>
      </w:r>
      <w:r>
        <w:rPr>
          <w:vertAlign w:val="superscript"/>
        </w:rPr>
        <w:t>−1</w:t>
      </w:r>
      <w:r>
        <w:t>) is burned, the temperature of the water rises from 20.0°C to 26.4°C. Calculate the enthalpy of combustion of ethanol.</w:t>
      </w:r>
    </w:p>
    <w:p w14:paraId="573734C6" w14:textId="10678D5B" w:rsidR="005B256C" w:rsidRDefault="00244815">
      <w:r>
        <w:rPr>
          <w:b/>
        </w:rPr>
        <w:t>Solution</w:t>
      </w:r>
    </w:p>
    <w:p w14:paraId="6B902AD2" w14:textId="77777777" w:rsidR="005F640A" w:rsidRPr="005F640A" w:rsidRDefault="005F640A" w:rsidP="005427B7">
      <w:pPr>
        <w:spacing w:after="120" w:line="312" w:lineRule="auto"/>
        <w:rPr>
          <w:rFonts w:ascii="Arial Rounded MT Bold" w:hAnsi="Arial Rounded MT Bold"/>
          <w:bCs/>
          <w:color w:val="0070C0"/>
          <w:sz w:val="28"/>
          <w:szCs w:val="24"/>
        </w:rPr>
      </w:pPr>
      <w:r w:rsidRPr="005F640A">
        <w:rPr>
          <w:rFonts w:ascii="Arial Rounded MT Bold" w:hAnsi="Arial Rounded MT Bold"/>
          <w:bCs/>
          <w:color w:val="0070C0"/>
          <w:sz w:val="28"/>
          <w:szCs w:val="24"/>
        </w:rPr>
        <w:t>Quokkas</w:t>
      </w:r>
    </w:p>
    <w:p w14:paraId="11DE04B1" w14:textId="3B594A9D" w:rsidR="005427B7" w:rsidRDefault="00244815" w:rsidP="005427B7">
      <w:pPr>
        <w:spacing w:after="120" w:line="312" w:lineRule="auto"/>
      </w:pPr>
      <w:r>
        <w:rPr>
          <w:b/>
        </w:rPr>
        <w:t>Step 1: Calculate q (energy absorbed by water)</w:t>
      </w:r>
      <w:r>
        <w:rPr>
          <w:b/>
        </w:rPr>
        <w:br/>
      </w:r>
      <w:r>
        <w:t>Given: m = 1500 g, c = 4.18 J g</w:t>
      </w:r>
      <w:r>
        <w:rPr>
          <w:vertAlign w:val="superscript"/>
        </w:rPr>
        <w:t>−1</w:t>
      </w:r>
      <w:r>
        <w:t xml:space="preserve"> °C</w:t>
      </w:r>
      <w:r>
        <w:rPr>
          <w:vertAlign w:val="superscript"/>
        </w:rPr>
        <w:t>−1</w:t>
      </w:r>
      <w:r>
        <w:t>, T</w:t>
      </w:r>
      <w:r>
        <w:rPr>
          <w:vertAlign w:val="subscript"/>
        </w:rPr>
        <w:t>i</w:t>
      </w:r>
      <w:r>
        <w:t xml:space="preserve"> = 20.0°C, </w:t>
      </w:r>
      <w:proofErr w:type="spellStart"/>
      <w:r>
        <w:t>T</w:t>
      </w:r>
      <w:r>
        <w:rPr>
          <w:vertAlign w:val="subscript"/>
        </w:rPr>
        <w:t>f</w:t>
      </w:r>
      <w:proofErr w:type="spellEnd"/>
      <w:r>
        <w:t xml:space="preserve"> = 26.4°C</w:t>
      </w:r>
    </w:p>
    <w:p w14:paraId="7BF07BD3" w14:textId="7514258D" w:rsidR="005B256C" w:rsidRPr="005F640A" w:rsidRDefault="00244815" w:rsidP="005427B7">
      <w:pPr>
        <w:spacing w:after="120" w:line="312" w:lineRule="auto"/>
        <w:rPr>
          <w:sz w:val="28"/>
          <w:szCs w:val="28"/>
        </w:rPr>
      </w:pPr>
      <w:r>
        <w:t>q = mc(</w:t>
      </w:r>
      <w:proofErr w:type="spellStart"/>
      <w:r>
        <w:t>T</w:t>
      </w:r>
      <w:r>
        <w:rPr>
          <w:vertAlign w:val="subscript"/>
        </w:rPr>
        <w:t>f</w:t>
      </w:r>
      <w:proofErr w:type="spellEnd"/>
      <w:r>
        <w:t xml:space="preserve"> − T</w:t>
      </w:r>
      <w:r>
        <w:rPr>
          <w:vertAlign w:val="subscript"/>
        </w:rPr>
        <w:t>i</w:t>
      </w:r>
      <w:r>
        <w:t>)</w:t>
      </w:r>
      <w:r>
        <w:br/>
        <w:t xml:space="preserve">q = 1500 </w:t>
      </w:r>
      <w:r w:rsidR="005427B7">
        <w:t xml:space="preserve">x </w:t>
      </w:r>
      <w:r>
        <w:t>4.18</w:t>
      </w:r>
      <w:r w:rsidR="005427B7">
        <w:t xml:space="preserve"> x </w:t>
      </w:r>
      <w:r>
        <w:t>(26.4 − 20.0)</w:t>
      </w:r>
      <w:r>
        <w:br/>
        <w:t>q = (1500)(4.18)(6.4) J</w:t>
      </w:r>
      <w:r>
        <w:br/>
      </w:r>
      <w:r>
        <w:rPr>
          <w:b/>
        </w:rPr>
        <w:t xml:space="preserve">q = 40,128 </w:t>
      </w:r>
      <w:r w:rsidR="005F640A">
        <w:rPr>
          <w:b/>
        </w:rPr>
        <w:t>q</w:t>
      </w:r>
      <w:r>
        <w:rPr>
          <w:b/>
        </w:rPr>
        <w:t xml:space="preserve"> = 40.1 kJ</w:t>
      </w:r>
    </w:p>
    <w:p w14:paraId="53CB3D12" w14:textId="3D560172" w:rsidR="005B256C" w:rsidRPr="005F640A" w:rsidRDefault="005F640A">
      <w:pPr>
        <w:rPr>
          <w:rFonts w:ascii="Arial Rounded MT Bold" w:hAnsi="Arial Rounded MT Bold"/>
          <w:color w:val="0070C0"/>
          <w:sz w:val="28"/>
          <w:szCs w:val="28"/>
        </w:rPr>
      </w:pPr>
      <w:r w:rsidRPr="005F640A">
        <w:rPr>
          <w:rFonts w:ascii="Arial Rounded MT Bold" w:hAnsi="Arial Rounded MT Bold"/>
          <w:color w:val="0070C0"/>
          <w:sz w:val="28"/>
          <w:szCs w:val="28"/>
        </w:rPr>
        <w:t>Naturally</w:t>
      </w:r>
    </w:p>
    <w:p w14:paraId="3FA636E1" w14:textId="2BA4AB2E" w:rsidR="005F640A" w:rsidRDefault="00244815" w:rsidP="005F640A">
      <w:pPr>
        <w:spacing w:after="240"/>
      </w:pPr>
      <w:r>
        <w:rPr>
          <w:b/>
        </w:rPr>
        <w:t>Step 2: Calculate n (moles of ethanol)</w:t>
      </w:r>
      <w:r>
        <w:rPr>
          <w:b/>
        </w:rPr>
        <w:br/>
      </w:r>
      <w:r>
        <w:t>Given: mass of ethanol = 0.920 g, M = 46.0 g mol</w:t>
      </w:r>
      <w:r>
        <w:rPr>
          <w:vertAlign w:val="superscript"/>
        </w:rPr>
        <w:t>−1</w:t>
      </w:r>
      <w:r>
        <w:br/>
        <w:t>n = m/M</w:t>
      </w:r>
      <w:r>
        <w:br/>
        <w:t>n = 0.920 g / 46.0 g mol</w:t>
      </w:r>
      <w:r>
        <w:rPr>
          <w:vertAlign w:val="superscript"/>
        </w:rPr>
        <w:t>−1</w:t>
      </w:r>
      <w:r>
        <w:br/>
      </w:r>
      <w:r>
        <w:rPr>
          <w:b/>
        </w:rPr>
        <w:t>n = 0.0200 mol</w:t>
      </w:r>
    </w:p>
    <w:p w14:paraId="74CC2A78" w14:textId="4B741714" w:rsidR="005F640A" w:rsidRPr="005F640A" w:rsidRDefault="005F640A" w:rsidP="005F640A">
      <w:pPr>
        <w:spacing w:after="120"/>
        <w:rPr>
          <w:rFonts w:ascii="Arial Rounded MT Bold" w:hAnsi="Arial Rounded MT Bold"/>
          <w:color w:val="0070C0"/>
          <w:sz w:val="28"/>
          <w:szCs w:val="24"/>
        </w:rPr>
      </w:pPr>
      <w:r w:rsidRPr="005F640A">
        <w:rPr>
          <w:rFonts w:ascii="Arial Rounded MT Bold" w:hAnsi="Arial Rounded MT Bold"/>
          <w:color w:val="0070C0"/>
          <w:sz w:val="28"/>
          <w:szCs w:val="24"/>
        </w:rPr>
        <w:t>Happy</w:t>
      </w:r>
    </w:p>
    <w:p w14:paraId="48FA1559" w14:textId="4FAD566C" w:rsidR="005B256C" w:rsidRDefault="00244815">
      <w:r w:rsidRPr="005F640A">
        <w:rPr>
          <w:b/>
          <w:bCs/>
        </w:rPr>
        <w:t xml:space="preserve">Step 3: Calculate </w:t>
      </w:r>
      <w:proofErr w:type="spellStart"/>
      <w:r w:rsidRPr="005F640A">
        <w:rPr>
          <w:b/>
          <w:bCs/>
        </w:rPr>
        <w:t>ΔH</w:t>
      </w:r>
      <w:r w:rsidRPr="005F640A">
        <w:rPr>
          <w:b/>
          <w:bCs/>
          <w:vertAlign w:val="subscript"/>
        </w:rPr>
        <w:t>c</w:t>
      </w:r>
      <w:proofErr w:type="spellEnd"/>
      <w:r>
        <w:rPr>
          <w:b/>
        </w:rPr>
        <w:br/>
      </w:r>
      <w:proofErr w:type="spellStart"/>
      <w:r>
        <w:t>ΔH</w:t>
      </w:r>
      <w:r>
        <w:rPr>
          <w:vertAlign w:val="subscript"/>
        </w:rPr>
        <w:t>comb</w:t>
      </w:r>
      <w:proofErr w:type="spellEnd"/>
      <w:r>
        <w:t xml:space="preserve"> = −q/n</w:t>
      </w:r>
      <w:r>
        <w:br/>
      </w:r>
      <w:proofErr w:type="spellStart"/>
      <w:r>
        <w:t>ΔH</w:t>
      </w:r>
      <w:r>
        <w:rPr>
          <w:vertAlign w:val="subscript"/>
        </w:rPr>
        <w:t>comb</w:t>
      </w:r>
      <w:proofErr w:type="spellEnd"/>
      <w:r>
        <w:t xml:space="preserve"> = −40.1 kJ / 0.0200 mol</w:t>
      </w:r>
      <w:r>
        <w:br/>
      </w:r>
    </w:p>
    <w:p w14:paraId="3D11D90A" w14:textId="069E05CB" w:rsidR="005B256C" w:rsidRDefault="00244815">
      <w:pPr>
        <w:jc w:val="center"/>
      </w:pPr>
      <w:proofErr w:type="spellStart"/>
      <w:r>
        <w:rPr>
          <w:b/>
          <w:color w:val="008000"/>
          <w:sz w:val="28"/>
        </w:rPr>
        <w:t>ΔH</w:t>
      </w:r>
      <w:r>
        <w:rPr>
          <w:b/>
          <w:color w:val="008000"/>
          <w:sz w:val="28"/>
          <w:vertAlign w:val="subscript"/>
        </w:rPr>
        <w:t>c</w:t>
      </w:r>
      <w:proofErr w:type="spellEnd"/>
      <w:r>
        <w:rPr>
          <w:b/>
          <w:color w:val="008000"/>
          <w:sz w:val="28"/>
        </w:rPr>
        <w:t xml:space="preserve"> = −2005 kJ mol</w:t>
      </w:r>
      <w:r>
        <w:rPr>
          <w:b/>
          <w:color w:val="008000"/>
          <w:sz w:val="28"/>
          <w:vertAlign w:val="superscript"/>
        </w:rPr>
        <w:t>−1</w:t>
      </w:r>
    </w:p>
    <w:p w14:paraId="70C02913" w14:textId="77777777" w:rsidR="005B256C" w:rsidRDefault="00244815">
      <w:r>
        <w:t>The negative sign indicates that combustion releases energy (exothermic reaction).</w:t>
      </w:r>
    </w:p>
    <w:p w14:paraId="16F4B2F1" w14:textId="77777777" w:rsidR="005B256C" w:rsidRDefault="00244815">
      <w:r>
        <w:br w:type="page"/>
      </w:r>
    </w:p>
    <w:p w14:paraId="448196C0" w14:textId="473121E3" w:rsidR="005B256C" w:rsidRPr="00EE4828" w:rsidRDefault="00244815" w:rsidP="00EE4828">
      <w:pPr>
        <w:pStyle w:val="Heading3"/>
      </w:pPr>
      <w:r>
        <w:lastRenderedPageBreak/>
        <w:t>Example 2: Combustion of Glucose</w:t>
      </w:r>
      <w:r w:rsidR="00EE4828">
        <w:t xml:space="preserve"> – Complete as a class</w:t>
      </w:r>
    </w:p>
    <w:p w14:paraId="06505BEB" w14:textId="30BA61C9" w:rsidR="005B256C" w:rsidRDefault="00244815">
      <w:r>
        <w:rPr>
          <w:b/>
        </w:rPr>
        <w:t>Problem:</w:t>
      </w:r>
      <w:r>
        <w:rPr>
          <w:b/>
        </w:rPr>
        <w:br/>
      </w:r>
      <w:r>
        <w:t>A student burns 1.35 g of glucose (C</w:t>
      </w:r>
      <w:r>
        <w:rPr>
          <w:vertAlign w:val="subscript"/>
        </w:rPr>
        <w:t>6</w:t>
      </w:r>
      <w:r>
        <w:t>H</w:t>
      </w:r>
      <w:r>
        <w:rPr>
          <w:vertAlign w:val="subscript"/>
        </w:rPr>
        <w:t>12</w:t>
      </w:r>
      <w:r>
        <w:t>O</w:t>
      </w:r>
      <w:r>
        <w:rPr>
          <w:vertAlign w:val="subscript"/>
        </w:rPr>
        <w:t>6</w:t>
      </w:r>
      <w:r>
        <w:t>, M = 180.0 g mol</w:t>
      </w:r>
      <w:r>
        <w:rPr>
          <w:vertAlign w:val="superscript"/>
        </w:rPr>
        <w:t>−1</w:t>
      </w:r>
      <w:r>
        <w:t>) in a bomb calorimeter containing 2000 g of water. The temperature increases from 18.5°C to 22.8°C. Determine the enthalpy of combustion of glucose.</w:t>
      </w:r>
    </w:p>
    <w:p w14:paraId="4760D6F1" w14:textId="434A9A39" w:rsidR="005B256C" w:rsidRDefault="00244815">
      <w:r>
        <w:rPr>
          <w:b/>
        </w:rPr>
        <w:t>Solution:</w:t>
      </w:r>
    </w:p>
    <w:p w14:paraId="730E7513" w14:textId="3B0AC86B" w:rsidR="005B256C" w:rsidRDefault="00244815">
      <w:r>
        <w:rPr>
          <w:b/>
        </w:rPr>
        <w:t>Step 1: Calculate q</w:t>
      </w:r>
      <w:r>
        <w:rPr>
          <w:b/>
        </w:rPr>
        <w:br/>
      </w:r>
      <w:proofErr w:type="spellStart"/>
      <w:r w:rsidRPr="00EE4828">
        <w:rPr>
          <w:color w:val="FFFFFF" w:themeColor="background1"/>
        </w:rPr>
        <w:t>q</w:t>
      </w:r>
      <w:proofErr w:type="spellEnd"/>
      <w:r w:rsidRPr="00EE4828">
        <w:rPr>
          <w:color w:val="FFFFFF" w:themeColor="background1"/>
        </w:rPr>
        <w:t xml:space="preserve"> = mc(</w:t>
      </w:r>
      <w:proofErr w:type="spellStart"/>
      <w:r w:rsidRPr="00EE4828">
        <w:rPr>
          <w:color w:val="FFFFFF" w:themeColor="background1"/>
        </w:rPr>
        <w:t>T</w:t>
      </w:r>
      <w:r w:rsidRPr="00EE4828">
        <w:rPr>
          <w:color w:val="FFFFFF" w:themeColor="background1"/>
          <w:vertAlign w:val="subscript"/>
        </w:rPr>
        <w:t>f</w:t>
      </w:r>
      <w:proofErr w:type="spellEnd"/>
      <w:r w:rsidRPr="00EE4828">
        <w:rPr>
          <w:color w:val="FFFFFF" w:themeColor="background1"/>
        </w:rPr>
        <w:t xml:space="preserve"> − T</w:t>
      </w:r>
      <w:r w:rsidRPr="00EE4828">
        <w:rPr>
          <w:color w:val="FFFFFF" w:themeColor="background1"/>
          <w:vertAlign w:val="subscript"/>
        </w:rPr>
        <w:t>i</w:t>
      </w:r>
      <w:r w:rsidRPr="00EE4828">
        <w:rPr>
          <w:color w:val="FFFFFF" w:themeColor="background1"/>
        </w:rPr>
        <w:t>)</w:t>
      </w:r>
      <w:r w:rsidRPr="00EE4828">
        <w:rPr>
          <w:color w:val="FFFFFF" w:themeColor="background1"/>
        </w:rPr>
        <w:br/>
        <w:t>q = (2000 g)(4.18 J g</w:t>
      </w:r>
      <w:r w:rsidRPr="00EE4828">
        <w:rPr>
          <w:color w:val="FFFFFF" w:themeColor="background1"/>
          <w:vertAlign w:val="superscript"/>
        </w:rPr>
        <w:t>−1</w:t>
      </w:r>
      <w:r w:rsidRPr="00EE4828">
        <w:rPr>
          <w:color w:val="FFFFFF" w:themeColor="background1"/>
        </w:rPr>
        <w:t xml:space="preserve"> °C</w:t>
      </w:r>
      <w:r w:rsidRPr="00EE4828">
        <w:rPr>
          <w:color w:val="FFFFFF" w:themeColor="background1"/>
          <w:vertAlign w:val="superscript"/>
        </w:rPr>
        <w:t>−1</w:t>
      </w:r>
      <w:r w:rsidRPr="00EE4828">
        <w:rPr>
          <w:color w:val="FFFFFF" w:themeColor="background1"/>
        </w:rPr>
        <w:t>)(22.8 − 18.5)°C</w:t>
      </w:r>
      <w:r w:rsidRPr="00EE4828">
        <w:rPr>
          <w:color w:val="FFFFFF" w:themeColor="background1"/>
        </w:rPr>
        <w:br/>
        <w:t>q = (2000)(4.18)(4.3) J</w:t>
      </w:r>
      <w:r w:rsidRPr="00EE4828">
        <w:rPr>
          <w:color w:val="FFFFFF" w:themeColor="background1"/>
        </w:rPr>
        <w:br/>
      </w:r>
      <w:r w:rsidRPr="00EE4828">
        <w:rPr>
          <w:b/>
          <w:color w:val="FFFFFF" w:themeColor="background1"/>
        </w:rPr>
        <w:t>q = 35,948</w:t>
      </w:r>
      <w:r w:rsidR="00EE4828" w:rsidRPr="00EE4828">
        <w:rPr>
          <w:b/>
          <w:color w:val="FFFFFF" w:themeColor="background1"/>
        </w:rPr>
        <w:t xml:space="preserve">, </w:t>
      </w:r>
      <w:r w:rsidRPr="00EE4828">
        <w:rPr>
          <w:b/>
          <w:color w:val="FFFFFF" w:themeColor="background1"/>
        </w:rPr>
        <w:t xml:space="preserve"> </w:t>
      </w:r>
      <w:r w:rsidR="00EE4828" w:rsidRPr="00EE4828">
        <w:rPr>
          <w:b/>
          <w:color w:val="FFFFFF" w:themeColor="background1"/>
        </w:rPr>
        <w:t>q</w:t>
      </w:r>
      <w:r w:rsidRPr="00EE4828">
        <w:rPr>
          <w:b/>
          <w:color w:val="FFFFFF" w:themeColor="background1"/>
        </w:rPr>
        <w:t xml:space="preserve"> = 35.9 kJ</w:t>
      </w:r>
    </w:p>
    <w:p w14:paraId="17FA2D07" w14:textId="204CDBF8" w:rsidR="005B256C" w:rsidRDefault="00244815">
      <w:r>
        <w:rPr>
          <w:b/>
        </w:rPr>
        <w:t>Step 2: Calculate n</w:t>
      </w:r>
      <w:r>
        <w:rPr>
          <w:b/>
        </w:rPr>
        <w:br/>
      </w:r>
      <w:proofErr w:type="spellStart"/>
      <w:r w:rsidRPr="00EE4828">
        <w:rPr>
          <w:color w:val="FFFFFF" w:themeColor="background1"/>
        </w:rPr>
        <w:t>n</w:t>
      </w:r>
      <w:proofErr w:type="spellEnd"/>
      <w:r w:rsidRPr="00EE4828">
        <w:rPr>
          <w:color w:val="FFFFFF" w:themeColor="background1"/>
        </w:rPr>
        <w:t xml:space="preserve"> = m/M</w:t>
      </w:r>
      <w:r w:rsidRPr="00EE4828">
        <w:rPr>
          <w:color w:val="FFFFFF" w:themeColor="background1"/>
        </w:rPr>
        <w:br/>
        <w:t>n = 1.35 g / 180.0 g mol</w:t>
      </w:r>
      <w:r w:rsidRPr="00EE4828">
        <w:rPr>
          <w:color w:val="FFFFFF" w:themeColor="background1"/>
          <w:vertAlign w:val="superscript"/>
        </w:rPr>
        <w:t>−1</w:t>
      </w:r>
      <w:r w:rsidRPr="00EE4828">
        <w:rPr>
          <w:color w:val="FFFFFF" w:themeColor="background1"/>
        </w:rPr>
        <w:br/>
      </w:r>
      <w:r w:rsidRPr="00EE4828">
        <w:rPr>
          <w:b/>
          <w:color w:val="FFFFFF" w:themeColor="background1"/>
        </w:rPr>
        <w:t>n = 0.00750 mol</w:t>
      </w:r>
      <w:r>
        <w:rPr>
          <w:b/>
        </w:rPr>
        <w:br/>
      </w:r>
    </w:p>
    <w:p w14:paraId="739E16FE" w14:textId="1E9A5B78" w:rsidR="005B256C" w:rsidRPr="00EE4828" w:rsidRDefault="00244815">
      <w:pPr>
        <w:rPr>
          <w:color w:val="FFFFFF" w:themeColor="background1"/>
        </w:rPr>
      </w:pPr>
      <w:r w:rsidRPr="00EE4828">
        <w:rPr>
          <w:b/>
          <w:bCs/>
        </w:rPr>
        <w:t xml:space="preserve">Step 3: Calculate </w:t>
      </w:r>
      <w:proofErr w:type="spellStart"/>
      <w:r w:rsidRPr="00EE4828">
        <w:rPr>
          <w:b/>
          <w:bCs/>
        </w:rPr>
        <w:t>ΔH</w:t>
      </w:r>
      <w:r w:rsidRPr="00EE4828">
        <w:rPr>
          <w:b/>
          <w:bCs/>
          <w:vertAlign w:val="subscript"/>
        </w:rPr>
        <w:t>c</w:t>
      </w:r>
      <w:proofErr w:type="spellEnd"/>
      <w:r>
        <w:rPr>
          <w:b/>
        </w:rPr>
        <w:br/>
      </w:r>
      <w:proofErr w:type="spellStart"/>
      <w:r w:rsidRPr="00EE4828">
        <w:rPr>
          <w:color w:val="FFFFFF" w:themeColor="background1"/>
        </w:rPr>
        <w:t>ΔH</w:t>
      </w:r>
      <w:r w:rsidRPr="00EE4828">
        <w:rPr>
          <w:color w:val="FFFFFF" w:themeColor="background1"/>
          <w:vertAlign w:val="subscript"/>
        </w:rPr>
        <w:t>comb</w:t>
      </w:r>
      <w:proofErr w:type="spellEnd"/>
      <w:r w:rsidRPr="00EE4828">
        <w:rPr>
          <w:color w:val="FFFFFF" w:themeColor="background1"/>
        </w:rPr>
        <w:t xml:space="preserve"> = −q/n</w:t>
      </w:r>
      <w:r w:rsidRPr="00EE4828">
        <w:rPr>
          <w:color w:val="FFFFFF" w:themeColor="background1"/>
        </w:rPr>
        <w:br/>
      </w:r>
      <w:proofErr w:type="spellStart"/>
      <w:r w:rsidRPr="00EE4828">
        <w:rPr>
          <w:color w:val="FFFFFF" w:themeColor="background1"/>
        </w:rPr>
        <w:t>ΔH</w:t>
      </w:r>
      <w:r w:rsidRPr="00EE4828">
        <w:rPr>
          <w:color w:val="FFFFFF" w:themeColor="background1"/>
          <w:vertAlign w:val="subscript"/>
        </w:rPr>
        <w:t>comb</w:t>
      </w:r>
      <w:proofErr w:type="spellEnd"/>
      <w:r w:rsidRPr="00EE4828">
        <w:rPr>
          <w:color w:val="FFFFFF" w:themeColor="background1"/>
        </w:rPr>
        <w:t xml:space="preserve"> = −35.9 kJ / 0.00750 mol</w:t>
      </w:r>
      <w:r w:rsidRPr="00EE4828">
        <w:rPr>
          <w:color w:val="FFFFFF" w:themeColor="background1"/>
        </w:rPr>
        <w:br/>
      </w:r>
    </w:p>
    <w:p w14:paraId="12E509FC" w14:textId="77777777" w:rsidR="005B256C" w:rsidRPr="00EE4828" w:rsidRDefault="00244815">
      <w:pPr>
        <w:jc w:val="center"/>
        <w:rPr>
          <w:color w:val="FFFFFF" w:themeColor="background1"/>
        </w:rPr>
      </w:pPr>
      <w:proofErr w:type="spellStart"/>
      <w:r w:rsidRPr="00EE4828">
        <w:rPr>
          <w:b/>
          <w:color w:val="FFFFFF" w:themeColor="background1"/>
          <w:sz w:val="28"/>
        </w:rPr>
        <w:t>ΔH</w:t>
      </w:r>
      <w:r w:rsidRPr="00EE4828">
        <w:rPr>
          <w:b/>
          <w:color w:val="FFFFFF" w:themeColor="background1"/>
          <w:sz w:val="28"/>
          <w:vertAlign w:val="subscript"/>
        </w:rPr>
        <w:t>comb</w:t>
      </w:r>
      <w:proofErr w:type="spellEnd"/>
      <w:r w:rsidRPr="00EE4828">
        <w:rPr>
          <w:b/>
          <w:color w:val="FFFFFF" w:themeColor="background1"/>
          <w:sz w:val="28"/>
        </w:rPr>
        <w:t xml:space="preserve"> = −4787 kJ mol</w:t>
      </w:r>
      <w:r w:rsidRPr="00EE4828">
        <w:rPr>
          <w:b/>
          <w:color w:val="FFFFFF" w:themeColor="background1"/>
          <w:sz w:val="28"/>
          <w:vertAlign w:val="superscript"/>
        </w:rPr>
        <w:t>−1</w:t>
      </w:r>
    </w:p>
    <w:p w14:paraId="77BCB7D3" w14:textId="77777777" w:rsidR="005B256C" w:rsidRDefault="00244815">
      <w:r>
        <w:br w:type="page"/>
      </w:r>
    </w:p>
    <w:p w14:paraId="406CD788" w14:textId="77777777" w:rsidR="000F65A1" w:rsidRDefault="00A24236" w:rsidP="000F65A1">
      <w:pPr>
        <w:pStyle w:val="Heading2"/>
        <w:jc w:val="center"/>
      </w:pPr>
      <w:r>
        <w:lastRenderedPageBreak/>
        <w:t>12 Chemistry Ch 3.3 Bomb Calorimetry</w:t>
      </w:r>
    </w:p>
    <w:p w14:paraId="15A637CE" w14:textId="09D4B693" w:rsidR="000F65A1" w:rsidRDefault="000F65A1" w:rsidP="000F65A1">
      <w:pPr>
        <w:pStyle w:val="Heading2"/>
        <w:jc w:val="center"/>
      </w:pPr>
      <w:r>
        <w:t xml:space="preserve"> A Three-Step Quokka Schema</w:t>
      </w:r>
    </w:p>
    <w:p w14:paraId="370B4FB1" w14:textId="2DAD0F83" w:rsidR="00A24236" w:rsidRPr="000F65A1" w:rsidRDefault="000F65A1" w:rsidP="000F65A1">
      <w:pPr>
        <w:jc w:val="center"/>
        <w:rPr>
          <w:iCs/>
        </w:rPr>
      </w:pPr>
      <w:r w:rsidRPr="00055623">
        <w:rPr>
          <w:iCs/>
          <w:sz w:val="28"/>
        </w:rPr>
        <w:t>Calculating Enthalpy of Combustion</w:t>
      </w:r>
    </w:p>
    <w:p w14:paraId="28020C5D" w14:textId="6556F789" w:rsidR="005B256C" w:rsidRDefault="00A24236" w:rsidP="00A24236">
      <w:pPr>
        <w:pStyle w:val="Heading3"/>
      </w:pPr>
      <w:r>
        <w:t>Practice questions</w:t>
      </w:r>
    </w:p>
    <w:p w14:paraId="71A11CEE" w14:textId="77777777" w:rsidR="005B256C" w:rsidRDefault="00244815">
      <w:r>
        <w:rPr>
          <w:b/>
        </w:rPr>
        <w:t>Question 1:</w:t>
      </w:r>
      <w:r>
        <w:rPr>
          <w:b/>
        </w:rPr>
        <w:br/>
      </w:r>
      <w:r>
        <w:t>A bomb calorimeter containing 1800 g of water shows a temperature increase from 19.2°C to 25.7°C when 0.750 g of methane (CH</w:t>
      </w:r>
      <w:r>
        <w:rPr>
          <w:vertAlign w:val="subscript"/>
        </w:rPr>
        <w:t>4</w:t>
      </w:r>
      <w:r>
        <w:t>, M = 16.0 g mol</w:t>
      </w:r>
      <w:r>
        <w:rPr>
          <w:vertAlign w:val="superscript"/>
        </w:rPr>
        <w:t>−1</w:t>
      </w:r>
      <w:r>
        <w:t>) is burned. Calculate the enthalpy of combustion of methane.</w:t>
      </w:r>
    </w:p>
    <w:p w14:paraId="7A8C6FFC" w14:textId="77777777" w:rsidR="00A24236" w:rsidRDefault="00A24236"/>
    <w:p w14:paraId="3D217128" w14:textId="77777777" w:rsidR="00A24236" w:rsidRDefault="00A24236"/>
    <w:p w14:paraId="3881E3EA" w14:textId="77777777" w:rsidR="00A24236" w:rsidRDefault="00A24236"/>
    <w:p w14:paraId="60894EEF" w14:textId="77777777" w:rsidR="00A24236" w:rsidRDefault="00A24236"/>
    <w:p w14:paraId="15E3B859" w14:textId="77777777" w:rsidR="00A24236" w:rsidRDefault="00A24236"/>
    <w:p w14:paraId="6ACDCF03" w14:textId="77777777" w:rsidR="00A24236" w:rsidRDefault="00A24236"/>
    <w:p w14:paraId="28DCA66F" w14:textId="77777777" w:rsidR="00A24236" w:rsidRDefault="00A24236"/>
    <w:p w14:paraId="27F561D9" w14:textId="77777777" w:rsidR="00A24236" w:rsidRDefault="00A24236"/>
    <w:p w14:paraId="4CDFCBCC" w14:textId="77777777" w:rsidR="005B256C" w:rsidRDefault="005B256C"/>
    <w:p w14:paraId="409A3C2F" w14:textId="77777777" w:rsidR="005B256C" w:rsidRDefault="00244815">
      <w:r>
        <w:rPr>
          <w:b/>
        </w:rPr>
        <w:t>Question 2:</w:t>
      </w:r>
      <w:r>
        <w:rPr>
          <w:b/>
        </w:rPr>
        <w:br/>
      </w:r>
      <w:r>
        <w:t>When 2.10 g of octane (C</w:t>
      </w:r>
      <w:r>
        <w:rPr>
          <w:vertAlign w:val="subscript"/>
        </w:rPr>
        <w:t>8</w:t>
      </w:r>
      <w:r>
        <w:t>H</w:t>
      </w:r>
      <w:r>
        <w:rPr>
          <w:vertAlign w:val="subscript"/>
        </w:rPr>
        <w:t>18</w:t>
      </w:r>
      <w:r>
        <w:t>, M = 114.0 g mol</w:t>
      </w:r>
      <w:r>
        <w:rPr>
          <w:vertAlign w:val="superscript"/>
        </w:rPr>
        <w:t>−1</w:t>
      </w:r>
      <w:r>
        <w:t>) is combusted in a bomb calorimeter with 2500 g of water, the temperature rises from 20.0°C to 31.4°C. Determine the enthalpy of combustion of octane.</w:t>
      </w:r>
    </w:p>
    <w:p w14:paraId="1DD067AD" w14:textId="77777777" w:rsidR="00A24236" w:rsidRDefault="00A24236"/>
    <w:p w14:paraId="53F46526" w14:textId="77777777" w:rsidR="00A24236" w:rsidRDefault="00A24236"/>
    <w:p w14:paraId="65F8579C" w14:textId="77777777" w:rsidR="00A24236" w:rsidRDefault="00A24236"/>
    <w:p w14:paraId="2ECB52D3" w14:textId="77777777" w:rsidR="00A24236" w:rsidRDefault="00A24236"/>
    <w:p w14:paraId="19285CC4" w14:textId="77777777" w:rsidR="00A24236" w:rsidRDefault="00A24236"/>
    <w:p w14:paraId="7803A033" w14:textId="77777777" w:rsidR="005B256C" w:rsidRDefault="005B256C"/>
    <w:p w14:paraId="7D4F824F" w14:textId="77777777" w:rsidR="00F838EA" w:rsidRDefault="00F838EA">
      <w:pPr>
        <w:rPr>
          <w:b/>
        </w:rPr>
      </w:pPr>
      <w:r>
        <w:rPr>
          <w:b/>
        </w:rPr>
        <w:br w:type="page"/>
      </w:r>
    </w:p>
    <w:p w14:paraId="3E25CF85" w14:textId="3B13AFE4" w:rsidR="005B256C" w:rsidRDefault="00244815">
      <w:r>
        <w:rPr>
          <w:b/>
        </w:rPr>
        <w:lastRenderedPageBreak/>
        <w:t>Question 3:</w:t>
      </w:r>
      <w:r>
        <w:rPr>
          <w:b/>
        </w:rPr>
        <w:br/>
      </w:r>
      <w:r>
        <w:t>A calorimeter contains 1200 g of water at 21.5°C. After burning 0.580 g of propane (C</w:t>
      </w:r>
      <w:r>
        <w:rPr>
          <w:vertAlign w:val="subscript"/>
        </w:rPr>
        <w:t>3</w:t>
      </w:r>
      <w:r>
        <w:t>H</w:t>
      </w:r>
      <w:r>
        <w:rPr>
          <w:vertAlign w:val="subscript"/>
        </w:rPr>
        <w:t>8</w:t>
      </w:r>
      <w:r>
        <w:t>, M = 44.0 g mol</w:t>
      </w:r>
      <w:r>
        <w:rPr>
          <w:vertAlign w:val="superscript"/>
        </w:rPr>
        <w:t>−1</w:t>
      </w:r>
      <w:r>
        <w:t>), the final temperature is 28.9°C. Calculate the enthalpy of combustion of propane.</w:t>
      </w:r>
    </w:p>
    <w:p w14:paraId="15D41BEB" w14:textId="77777777" w:rsidR="00A24236" w:rsidRDefault="00A24236"/>
    <w:p w14:paraId="790BA887" w14:textId="77777777" w:rsidR="00A24236" w:rsidRDefault="00A24236"/>
    <w:p w14:paraId="5F539980" w14:textId="77777777" w:rsidR="00A24236" w:rsidRDefault="00A24236"/>
    <w:p w14:paraId="718461BF" w14:textId="77777777" w:rsidR="00A24236" w:rsidRDefault="00A24236"/>
    <w:p w14:paraId="5E6CEC70" w14:textId="77777777" w:rsidR="00A24236" w:rsidRDefault="00A24236"/>
    <w:p w14:paraId="7D6A2A6F" w14:textId="77777777" w:rsidR="00A24236" w:rsidRDefault="00A24236"/>
    <w:p w14:paraId="0AF4994B" w14:textId="77777777" w:rsidR="00A24236" w:rsidRDefault="00A24236"/>
    <w:p w14:paraId="56259FC2" w14:textId="77777777" w:rsidR="00A24236" w:rsidRDefault="00A24236"/>
    <w:p w14:paraId="4B96F90F" w14:textId="77777777" w:rsidR="005B256C" w:rsidRDefault="005B256C"/>
    <w:p w14:paraId="79DD82D2" w14:textId="77777777" w:rsidR="005B256C" w:rsidRDefault="00244815">
      <w:r>
        <w:rPr>
          <w:b/>
        </w:rPr>
        <w:t>Question 4:</w:t>
      </w:r>
      <w:r>
        <w:rPr>
          <w:b/>
        </w:rPr>
        <w:br/>
      </w:r>
      <w:r>
        <w:t>A student measures the enthalpy of combustion of benzoic acid (C</w:t>
      </w:r>
      <w:r>
        <w:rPr>
          <w:vertAlign w:val="subscript"/>
        </w:rPr>
        <w:t>7</w:t>
      </w:r>
      <w:r>
        <w:t>H</w:t>
      </w:r>
      <w:r>
        <w:rPr>
          <w:vertAlign w:val="subscript"/>
        </w:rPr>
        <w:t>6</w:t>
      </w:r>
      <w:r>
        <w:t>O</w:t>
      </w:r>
      <w:r>
        <w:rPr>
          <w:vertAlign w:val="subscript"/>
        </w:rPr>
        <w:t>2</w:t>
      </w:r>
      <w:r>
        <w:t>, M = 122.0 g mol</w:t>
      </w:r>
      <w:r>
        <w:rPr>
          <w:vertAlign w:val="superscript"/>
        </w:rPr>
        <w:t>−1</w:t>
      </w:r>
      <w:r>
        <w:t>) using 1650 g of water. When 1.22 g of benzoic acid burns, the water temperature increases from 18.0°C to 26.8°C. What is the enthalpy of combustion?</w:t>
      </w:r>
    </w:p>
    <w:p w14:paraId="41F0B257" w14:textId="77777777" w:rsidR="005B256C" w:rsidRDefault="00244815">
      <w:r>
        <w:br w:type="page"/>
      </w:r>
    </w:p>
    <w:p w14:paraId="49F69DC7" w14:textId="77777777" w:rsidR="005B256C" w:rsidRDefault="00244815">
      <w:pPr>
        <w:pStyle w:val="Heading1"/>
      </w:pPr>
      <w:r>
        <w:lastRenderedPageBreak/>
        <w:t>Solutions to Practice Questions</w:t>
      </w:r>
    </w:p>
    <w:p w14:paraId="150FC3E5" w14:textId="77777777" w:rsidR="005B256C" w:rsidRDefault="00244815">
      <w:pPr>
        <w:pStyle w:val="Heading2"/>
      </w:pPr>
      <w:r>
        <w:t>Solution 1:</w:t>
      </w:r>
    </w:p>
    <w:p w14:paraId="18DAF18D" w14:textId="77777777" w:rsidR="005B256C" w:rsidRDefault="00244815">
      <w:r>
        <w:t>Step 1: q = mc(</w:t>
      </w:r>
      <w:proofErr w:type="spellStart"/>
      <w:r>
        <w:t>T</w:t>
      </w:r>
      <w:r>
        <w:rPr>
          <w:vertAlign w:val="subscript"/>
        </w:rPr>
        <w:t>f</w:t>
      </w:r>
      <w:proofErr w:type="spellEnd"/>
      <w:r>
        <w:t xml:space="preserve"> − T</w:t>
      </w:r>
      <w:r>
        <w:rPr>
          <w:vertAlign w:val="subscript"/>
        </w:rPr>
        <w:t>i</w:t>
      </w:r>
      <w:r>
        <w:t>)</w:t>
      </w:r>
      <w:r>
        <w:br/>
        <w:t>q = (1800)(4.18)(25.7 − 19.2) = (1800)(4.18)(6.5) = 48,906 J = 48.9 kJ</w:t>
      </w:r>
      <w:r>
        <w:br/>
      </w:r>
      <w:r>
        <w:br/>
        <w:t>Step 2: n = m/M</w:t>
      </w:r>
      <w:r>
        <w:br/>
        <w:t>n = 0.750 g / 16.0 g mol</w:t>
      </w:r>
      <w:r>
        <w:rPr>
          <w:vertAlign w:val="superscript"/>
        </w:rPr>
        <w:t>−1</w:t>
      </w:r>
      <w:r>
        <w:t xml:space="preserve"> = 0.04688 mol</w:t>
      </w:r>
      <w:r>
        <w:br/>
      </w:r>
      <w:r>
        <w:br/>
        <w:t xml:space="preserve">Step 3: </w:t>
      </w:r>
      <w:proofErr w:type="spellStart"/>
      <w:r>
        <w:t>ΔH</w:t>
      </w:r>
      <w:r>
        <w:rPr>
          <w:vertAlign w:val="subscript"/>
        </w:rPr>
        <w:t>comb</w:t>
      </w:r>
      <w:proofErr w:type="spellEnd"/>
      <w:r>
        <w:t xml:space="preserve"> = −q/n = −48.9 kJ / 0.04688 mol</w:t>
      </w:r>
      <w:r>
        <w:br/>
      </w:r>
    </w:p>
    <w:p w14:paraId="22715B08" w14:textId="77777777" w:rsidR="005B256C" w:rsidRDefault="00244815">
      <w:r>
        <w:rPr>
          <w:b/>
        </w:rPr>
        <w:t xml:space="preserve">Answer: </w:t>
      </w:r>
      <w:proofErr w:type="spellStart"/>
      <w:r>
        <w:rPr>
          <w:b/>
        </w:rPr>
        <w:t>ΔH</w:t>
      </w:r>
      <w:r>
        <w:rPr>
          <w:b/>
          <w:vertAlign w:val="subscript"/>
        </w:rPr>
        <w:t>comb</w:t>
      </w:r>
      <w:proofErr w:type="spellEnd"/>
      <w:r>
        <w:rPr>
          <w:b/>
        </w:rPr>
        <w:t xml:space="preserve"> = −1043 kJ mol</w:t>
      </w:r>
      <w:r>
        <w:rPr>
          <w:b/>
          <w:vertAlign w:val="superscript"/>
        </w:rPr>
        <w:t>−1</w:t>
      </w:r>
    </w:p>
    <w:p w14:paraId="71BE0D35" w14:textId="77777777" w:rsidR="005B256C" w:rsidRDefault="005B256C"/>
    <w:p w14:paraId="230D9926" w14:textId="77777777" w:rsidR="005B256C" w:rsidRDefault="00244815">
      <w:pPr>
        <w:pStyle w:val="Heading2"/>
      </w:pPr>
      <w:r>
        <w:t>Solution 2:</w:t>
      </w:r>
    </w:p>
    <w:p w14:paraId="5BB91A0C" w14:textId="77777777" w:rsidR="005B256C" w:rsidRDefault="00244815">
      <w:r>
        <w:t>Step 1: q = (2500)(4.18)(31.4 − 20.0) = (2500)(4.18)(11.4) = 119,130 J = 119.1 kJ</w:t>
      </w:r>
      <w:r>
        <w:br/>
      </w:r>
      <w:r>
        <w:br/>
        <w:t>Step 2: n = 2.10 g / 114.0 g mol</w:t>
      </w:r>
      <w:r>
        <w:rPr>
          <w:vertAlign w:val="superscript"/>
        </w:rPr>
        <w:t>−1</w:t>
      </w:r>
      <w:r>
        <w:t xml:space="preserve"> = 0.01842 mol</w:t>
      </w:r>
      <w:r>
        <w:br/>
      </w:r>
      <w:r>
        <w:br/>
        <w:t xml:space="preserve">Step 3: </w:t>
      </w:r>
      <w:proofErr w:type="spellStart"/>
      <w:r>
        <w:t>ΔH</w:t>
      </w:r>
      <w:r>
        <w:rPr>
          <w:vertAlign w:val="subscript"/>
        </w:rPr>
        <w:t>comb</w:t>
      </w:r>
      <w:proofErr w:type="spellEnd"/>
      <w:r>
        <w:t xml:space="preserve"> = −119.1 kJ / 0.01842 mol</w:t>
      </w:r>
      <w:r>
        <w:br/>
      </w:r>
    </w:p>
    <w:p w14:paraId="672936FE" w14:textId="77777777" w:rsidR="005B256C" w:rsidRDefault="00244815">
      <w:r>
        <w:rPr>
          <w:b/>
        </w:rPr>
        <w:t xml:space="preserve">Answer: </w:t>
      </w:r>
      <w:proofErr w:type="spellStart"/>
      <w:r>
        <w:rPr>
          <w:b/>
        </w:rPr>
        <w:t>ΔH</w:t>
      </w:r>
      <w:r>
        <w:rPr>
          <w:b/>
          <w:vertAlign w:val="subscript"/>
        </w:rPr>
        <w:t>comb</w:t>
      </w:r>
      <w:proofErr w:type="spellEnd"/>
      <w:r>
        <w:rPr>
          <w:b/>
        </w:rPr>
        <w:t xml:space="preserve"> = −6467 kJ mol</w:t>
      </w:r>
      <w:r>
        <w:rPr>
          <w:b/>
          <w:vertAlign w:val="superscript"/>
        </w:rPr>
        <w:t>−1</w:t>
      </w:r>
    </w:p>
    <w:p w14:paraId="332F990C" w14:textId="77777777" w:rsidR="005B256C" w:rsidRDefault="005B256C"/>
    <w:p w14:paraId="440F34FB" w14:textId="77777777" w:rsidR="005B256C" w:rsidRDefault="00244815">
      <w:pPr>
        <w:pStyle w:val="Heading2"/>
      </w:pPr>
      <w:r>
        <w:t>Solution 3:</w:t>
      </w:r>
    </w:p>
    <w:p w14:paraId="16704FF0" w14:textId="77777777" w:rsidR="005B256C" w:rsidRDefault="00244815">
      <w:r>
        <w:t>Step 1: q = (1200)(4.18)(28.9 − 21.5) = (1200)(4.18)(7.4) = 37,118 J = 37.1 kJ</w:t>
      </w:r>
      <w:r>
        <w:br/>
      </w:r>
      <w:r>
        <w:br/>
        <w:t>Step 2: n = 0.580 g / 44.0 g mol</w:t>
      </w:r>
      <w:r>
        <w:rPr>
          <w:vertAlign w:val="superscript"/>
        </w:rPr>
        <w:t>−1</w:t>
      </w:r>
      <w:r>
        <w:t xml:space="preserve"> = 0.01318 mol</w:t>
      </w:r>
      <w:r>
        <w:br/>
      </w:r>
      <w:r>
        <w:br/>
        <w:t xml:space="preserve">Step 3: </w:t>
      </w:r>
      <w:proofErr w:type="spellStart"/>
      <w:r>
        <w:t>ΔH</w:t>
      </w:r>
      <w:r>
        <w:rPr>
          <w:vertAlign w:val="subscript"/>
        </w:rPr>
        <w:t>comb</w:t>
      </w:r>
      <w:proofErr w:type="spellEnd"/>
      <w:r>
        <w:t xml:space="preserve"> = −37.1 kJ / 0.01318 mol</w:t>
      </w:r>
      <w:r>
        <w:br/>
      </w:r>
    </w:p>
    <w:p w14:paraId="6DB759FD" w14:textId="77777777" w:rsidR="005B256C" w:rsidRDefault="00244815">
      <w:r>
        <w:rPr>
          <w:b/>
        </w:rPr>
        <w:t xml:space="preserve">Answer: </w:t>
      </w:r>
      <w:proofErr w:type="spellStart"/>
      <w:r>
        <w:rPr>
          <w:b/>
        </w:rPr>
        <w:t>ΔH</w:t>
      </w:r>
      <w:r>
        <w:rPr>
          <w:b/>
          <w:vertAlign w:val="subscript"/>
        </w:rPr>
        <w:t>comb</w:t>
      </w:r>
      <w:proofErr w:type="spellEnd"/>
      <w:r>
        <w:rPr>
          <w:b/>
        </w:rPr>
        <w:t xml:space="preserve"> = −2815 kJ mol</w:t>
      </w:r>
      <w:r>
        <w:rPr>
          <w:b/>
          <w:vertAlign w:val="superscript"/>
        </w:rPr>
        <w:t>−1</w:t>
      </w:r>
    </w:p>
    <w:p w14:paraId="2E043AC5" w14:textId="77777777" w:rsidR="005B256C" w:rsidRDefault="005B256C"/>
    <w:p w14:paraId="734F54C8" w14:textId="77777777" w:rsidR="005B256C" w:rsidRDefault="00244815">
      <w:pPr>
        <w:pStyle w:val="Heading2"/>
      </w:pPr>
      <w:r>
        <w:t>Solution 4:</w:t>
      </w:r>
    </w:p>
    <w:p w14:paraId="457465DB" w14:textId="77777777" w:rsidR="005B256C" w:rsidRDefault="00244815">
      <w:r>
        <w:t>Step 1: q = (1650)(4.18)(26.8 − 18.0) = (1650)(4.18)(8.8) = 60,685 J = 60.7 kJ</w:t>
      </w:r>
      <w:r>
        <w:br/>
      </w:r>
      <w:r>
        <w:br/>
        <w:t>Step 2: n = 1.22 g / 122.0 g mol</w:t>
      </w:r>
      <w:r>
        <w:rPr>
          <w:vertAlign w:val="superscript"/>
        </w:rPr>
        <w:t>−1</w:t>
      </w:r>
      <w:r>
        <w:t xml:space="preserve"> = 0.01000 mol</w:t>
      </w:r>
      <w:r>
        <w:br/>
      </w:r>
      <w:r>
        <w:br/>
      </w:r>
      <w:r>
        <w:lastRenderedPageBreak/>
        <w:t xml:space="preserve">Step 3: </w:t>
      </w:r>
      <w:proofErr w:type="spellStart"/>
      <w:r>
        <w:t>ΔH</w:t>
      </w:r>
      <w:r>
        <w:rPr>
          <w:vertAlign w:val="subscript"/>
        </w:rPr>
        <w:t>comb</w:t>
      </w:r>
      <w:proofErr w:type="spellEnd"/>
      <w:r>
        <w:t xml:space="preserve"> = −60.7 kJ / 0.01000 mol</w:t>
      </w:r>
      <w:r>
        <w:br/>
      </w:r>
    </w:p>
    <w:p w14:paraId="1D745D4D" w14:textId="77777777" w:rsidR="005B256C" w:rsidRDefault="00244815">
      <w:r>
        <w:rPr>
          <w:b/>
        </w:rPr>
        <w:t xml:space="preserve">Answer: </w:t>
      </w:r>
      <w:proofErr w:type="spellStart"/>
      <w:r>
        <w:rPr>
          <w:b/>
        </w:rPr>
        <w:t>ΔH</w:t>
      </w:r>
      <w:r>
        <w:rPr>
          <w:b/>
          <w:vertAlign w:val="subscript"/>
        </w:rPr>
        <w:t>comb</w:t>
      </w:r>
      <w:proofErr w:type="spellEnd"/>
      <w:r>
        <w:rPr>
          <w:b/>
        </w:rPr>
        <w:t xml:space="preserve"> = −6070 kJ mol</w:t>
      </w:r>
      <w:r>
        <w:rPr>
          <w:b/>
          <w:vertAlign w:val="superscript"/>
        </w:rPr>
        <w:t>−1</w:t>
      </w:r>
    </w:p>
    <w:p w14:paraId="142C052D" w14:textId="77777777" w:rsidR="005B256C" w:rsidRDefault="00244815">
      <w:r>
        <w:br w:type="page"/>
      </w:r>
    </w:p>
    <w:p w14:paraId="77CF5DA5" w14:textId="77777777" w:rsidR="005B256C" w:rsidRDefault="00244815">
      <w:pPr>
        <w:pStyle w:val="Heading1"/>
      </w:pPr>
      <w:r>
        <w:lastRenderedPageBreak/>
        <w:t>Key Takeaways</w:t>
      </w:r>
    </w:p>
    <w:p w14:paraId="69487C06" w14:textId="77777777" w:rsidR="005B256C" w:rsidRDefault="00244815">
      <w:r>
        <w:t xml:space="preserve">1. </w:t>
      </w:r>
      <w:r>
        <w:rPr>
          <w:b/>
        </w:rPr>
        <w:t xml:space="preserve">Bomb calorimetry is systematic: </w:t>
      </w:r>
      <w:r>
        <w:t>Always follow the same three steps regardless of the fuel being tested.</w:t>
      </w:r>
    </w:p>
    <w:p w14:paraId="1CCAE067" w14:textId="77777777" w:rsidR="005B256C" w:rsidRDefault="00244815">
      <w:r>
        <w:t xml:space="preserve">2. </w:t>
      </w:r>
      <w:r>
        <w:rPr>
          <w:b/>
        </w:rPr>
        <w:t xml:space="preserve">Two inputs, one output: </w:t>
      </w:r>
      <w:r>
        <w:t>Energy absorbed (q) and moles of fuel (n) combine to give enthalpy of combustion.</w:t>
      </w:r>
    </w:p>
    <w:p w14:paraId="2E0F8A50" w14:textId="77777777" w:rsidR="005B256C" w:rsidRDefault="00244815">
      <w:r>
        <w:t xml:space="preserve">3. </w:t>
      </w:r>
      <w:r>
        <w:rPr>
          <w:b/>
        </w:rPr>
        <w:t xml:space="preserve">Watch the sign: </w:t>
      </w:r>
      <w:r>
        <w:t xml:space="preserve">The negative sign in </w:t>
      </w:r>
      <w:proofErr w:type="spellStart"/>
      <w:r>
        <w:t>ΔH</w:t>
      </w:r>
      <w:r>
        <w:rPr>
          <w:vertAlign w:val="subscript"/>
        </w:rPr>
        <w:t>comb</w:t>
      </w:r>
      <w:proofErr w:type="spellEnd"/>
      <w:r>
        <w:t xml:space="preserve"> = −q/n is not arbitrary—it reflects that combustion releases energy.</w:t>
      </w:r>
    </w:p>
    <w:p w14:paraId="2539F010" w14:textId="77777777" w:rsidR="005B256C" w:rsidRDefault="00244815">
      <w:r>
        <w:t xml:space="preserve">4. </w:t>
      </w:r>
      <w:r>
        <w:rPr>
          <w:b/>
        </w:rPr>
        <w:t xml:space="preserve">Units matter: </w:t>
      </w:r>
      <w:r>
        <w:t>Keep track of units throughout. Convert J to kJ where appropriate, and ensure your final answer is in kJ mol</w:t>
      </w:r>
      <w:r>
        <w:rPr>
          <w:vertAlign w:val="superscript"/>
        </w:rPr>
        <w:t>−1</w:t>
      </w:r>
      <w:r>
        <w:t>.</w:t>
      </w:r>
    </w:p>
    <w:p w14:paraId="3ABB56DA" w14:textId="77777777" w:rsidR="005B256C" w:rsidRDefault="00244815">
      <w:r>
        <w:t xml:space="preserve">5. </w:t>
      </w:r>
      <w:r>
        <w:rPr>
          <w:b/>
        </w:rPr>
        <w:t xml:space="preserve">Practice builds confidence: </w:t>
      </w:r>
      <w:r>
        <w:t>The more problems you work through, the more intuitive the process becomes.</w:t>
      </w:r>
    </w:p>
    <w:p w14:paraId="5E999FEF" w14:textId="7FC8C2E7" w:rsidR="002836BC" w:rsidRDefault="00B20047">
      <w:r>
        <w:rPr>
          <w:noProof/>
        </w:rPr>
        <w:drawing>
          <wp:anchor distT="0" distB="0" distL="114300" distR="114300" simplePos="0" relativeHeight="251664384" behindDoc="0" locked="0" layoutInCell="1" allowOverlap="1" wp14:anchorId="1D88C5F8" wp14:editId="0731BFDC">
            <wp:simplePos x="0" y="0"/>
            <wp:positionH relativeFrom="column">
              <wp:posOffset>-309716</wp:posOffset>
            </wp:positionH>
            <wp:positionV relativeFrom="paragraph">
              <wp:posOffset>321392</wp:posOffset>
            </wp:positionV>
            <wp:extent cx="2625213" cy="2895600"/>
            <wp:effectExtent l="0" t="0" r="3810" b="0"/>
            <wp:wrapNone/>
            <wp:docPr id="464436429" name="Picture 7" descr="A black and white drawing of a rod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436429" name="Picture 7" descr="A black and white drawing of a rodent&#10;&#10;AI-generated content may be incorrect."/>
                    <pic:cNvPicPr/>
                  </pic:nvPicPr>
                  <pic:blipFill rotWithShape="1">
                    <a:blip r:embed="rId18"/>
                    <a:srcRect r="73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5213" cy="289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A91212" w14:textId="64613204" w:rsidR="002836BC" w:rsidRDefault="00FA6B76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8E710E2" wp14:editId="6F64C04A">
                <wp:simplePos x="0" y="0"/>
                <wp:positionH relativeFrom="column">
                  <wp:posOffset>2315354</wp:posOffset>
                </wp:positionH>
                <wp:positionV relativeFrom="paragraph">
                  <wp:posOffset>199390</wp:posOffset>
                </wp:positionV>
                <wp:extent cx="2949677" cy="2462981"/>
                <wp:effectExtent l="0" t="0" r="0" b="1270"/>
                <wp:wrapNone/>
                <wp:docPr id="1585793096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9677" cy="2462981"/>
                          <a:chOff x="0" y="0"/>
                          <a:chExt cx="2949677" cy="2462981"/>
                        </a:xfrm>
                      </wpg:grpSpPr>
                      <wps:wsp>
                        <wps:cNvPr id="883878666" name="Text Box 8"/>
                        <wps:cNvSpPr txBox="1"/>
                        <wps:spPr>
                          <a:xfrm>
                            <a:off x="0" y="0"/>
                            <a:ext cx="1651819" cy="246298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4197447" w14:textId="4E515EED" w:rsidR="00A17F3C" w:rsidRPr="00E13876" w:rsidRDefault="00A17F3C" w:rsidP="00E13876">
                              <w:pPr>
                                <w:spacing w:before="360" w:after="360"/>
                                <w:rPr>
                                  <w:rFonts w:ascii="Arial Rounded MT Bold" w:hAnsi="Arial Rounded MT Bold"/>
                                  <w:sz w:val="44"/>
                                  <w:szCs w:val="40"/>
                                  <w:lang w:val="en-AU"/>
                                </w:rPr>
                              </w:pPr>
                              <w:r w:rsidRPr="00E13876">
                                <w:rPr>
                                  <w:rFonts w:ascii="Arial Rounded MT Bold" w:hAnsi="Arial Rounded MT Bold"/>
                                  <w:sz w:val="44"/>
                                  <w:szCs w:val="40"/>
                                  <w:lang w:val="en-AU"/>
                                </w:rPr>
                                <w:t>Quokka</w:t>
                              </w:r>
                              <w:r w:rsidR="00E13876">
                                <w:rPr>
                                  <w:rFonts w:ascii="Arial Rounded MT Bold" w:hAnsi="Arial Rounded MT Bold"/>
                                  <w:sz w:val="44"/>
                                  <w:szCs w:val="40"/>
                                  <w:lang w:val="en-AU"/>
                                </w:rPr>
                                <w:t>’s</w:t>
                              </w:r>
                            </w:p>
                            <w:p w14:paraId="045F08EC" w14:textId="245B47AF" w:rsidR="00A17F3C" w:rsidRPr="00E13876" w:rsidRDefault="00A17F3C" w:rsidP="00E13876">
                              <w:pPr>
                                <w:spacing w:before="360" w:after="360"/>
                                <w:rPr>
                                  <w:rFonts w:ascii="Arial Rounded MT Bold" w:hAnsi="Arial Rounded MT Bold"/>
                                  <w:sz w:val="44"/>
                                  <w:szCs w:val="40"/>
                                  <w:lang w:val="en-AU"/>
                                </w:rPr>
                              </w:pPr>
                              <w:r w:rsidRPr="00E13876">
                                <w:rPr>
                                  <w:rFonts w:ascii="Arial Rounded MT Bold" w:hAnsi="Arial Rounded MT Bold"/>
                                  <w:sz w:val="44"/>
                                  <w:szCs w:val="40"/>
                                  <w:lang w:val="en-AU"/>
                                </w:rPr>
                                <w:t>Naturally</w:t>
                              </w:r>
                            </w:p>
                            <w:p w14:paraId="2A3F7C53" w14:textId="0A74499A" w:rsidR="00A17F3C" w:rsidRPr="00E13876" w:rsidRDefault="00E13876" w:rsidP="00E13876">
                              <w:pPr>
                                <w:spacing w:before="360" w:after="360"/>
                                <w:rPr>
                                  <w:rFonts w:ascii="Arial Rounded MT Bold" w:hAnsi="Arial Rounded MT Bold"/>
                                  <w:sz w:val="44"/>
                                  <w:szCs w:val="40"/>
                                  <w:lang w:val="en-AU"/>
                                </w:rPr>
                              </w:pPr>
                              <w:r w:rsidRPr="00E13876">
                                <w:rPr>
                                  <w:rFonts w:ascii="Arial Rounded MT Bold" w:hAnsi="Arial Rounded MT Bold"/>
                                  <w:sz w:val="44"/>
                                  <w:szCs w:val="40"/>
                                  <w:lang w:val="en-AU"/>
                                </w:rPr>
                                <w:t>Happy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8666783" name="Text Box 9"/>
                        <wps:cNvSpPr txBox="1"/>
                        <wps:spPr>
                          <a:xfrm>
                            <a:off x="1504335" y="206477"/>
                            <a:ext cx="1445342" cy="47194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9F4BF80" w14:textId="1B034DC3" w:rsidR="00E13876" w:rsidRPr="0061127F" w:rsidRDefault="00672B33">
                              <w:pP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4"/>
                                  <w:szCs w:val="40"/>
                                  <w:lang w:val="en-AU"/>
                                </w:rPr>
                              </w:pPr>
                              <w:r w:rsidRPr="0061127F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4"/>
                                  <w:szCs w:val="40"/>
                                  <w:lang w:val="en-AU"/>
                                </w:rPr>
                                <w:t>q</w:t>
                              </w:r>
                              <w:r w:rsidR="00E13876" w:rsidRPr="0061127F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4"/>
                                  <w:szCs w:val="40"/>
                                  <w:lang w:val="en-AU"/>
                                </w:rPr>
                                <w:t xml:space="preserve"> = mc</w:t>
                              </w:r>
                              <w:r w:rsidR="008B37E5" w:rsidRPr="0061127F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4"/>
                                  <w:szCs w:val="40"/>
                                </w:rPr>
                                <w:t>ΔT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8697590" name="Text Box 9"/>
                        <wps:cNvSpPr txBox="1"/>
                        <wps:spPr>
                          <a:xfrm>
                            <a:off x="1504335" y="796413"/>
                            <a:ext cx="1120878" cy="72267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70FEA4B" w14:textId="0E4E2210" w:rsidR="00AE7998" w:rsidRPr="00027078" w:rsidRDefault="00AE7998" w:rsidP="00AE7998">
                              <w:pP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8"/>
                                  <w:szCs w:val="44"/>
                                  <w:lang w:val="en-AU"/>
                                </w:rPr>
                              </w:pPr>
                              <w:r w:rsidRPr="00027078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8"/>
                                  <w:szCs w:val="44"/>
                                  <w:lang w:val="en-AU"/>
                                </w:rPr>
                                <w:t xml:space="preserve">n =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iCs/>
                                        <w:sz w:val="48"/>
                                        <w:szCs w:val="44"/>
                                        <w:lang w:val="en-AU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Times New Roman"/>
                                        <w:sz w:val="48"/>
                                        <w:szCs w:val="44"/>
                                        <w:lang w:val="en-AU"/>
                                      </w:rPr>
                                      <m:t>m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Times New Roman"/>
                                        <w:sz w:val="48"/>
                                        <w:szCs w:val="44"/>
                                        <w:lang w:val="en-AU"/>
                                      </w:rPr>
                                      <m:t>M</m:t>
                                    </m:r>
                                  </m:den>
                                </m:f>
                              </m:oMath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193168" name="Text Box 9"/>
                        <wps:cNvSpPr txBox="1"/>
                        <wps:spPr>
                          <a:xfrm>
                            <a:off x="1415845" y="1504335"/>
                            <a:ext cx="1120878" cy="64888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35670AC" w14:textId="556ED88E" w:rsidR="00B2524C" w:rsidRPr="00027078" w:rsidRDefault="00B2524C" w:rsidP="00B2524C">
                              <w:pPr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8"/>
                                  <w:szCs w:val="44"/>
                                  <w:lang w:val="en-AU"/>
                                </w:rPr>
                              </w:pPr>
                              <w:r w:rsidRPr="00FA6B76">
                                <w:rPr>
                                  <w:sz w:val="44"/>
                                  <w:szCs w:val="44"/>
                                </w:rPr>
                                <w:t>Δ</w:t>
                              </w:r>
                              <w:r w:rsidRPr="00FA6B76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4"/>
                                  <w:szCs w:val="44"/>
                                </w:rPr>
                                <w:t>H</w:t>
                              </w:r>
                              <w:r w:rsidRPr="00FA6B76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4"/>
                                  <w:szCs w:val="44"/>
                                  <w:lang w:val="en-AU"/>
                                </w:rPr>
                                <w:t xml:space="preserve"> </w:t>
                              </w:r>
                              <w:r w:rsidRPr="00027078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sz w:val="48"/>
                                  <w:szCs w:val="44"/>
                                  <w:lang w:val="en-AU"/>
                                </w:rPr>
                                <w:t xml:space="preserve">=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iCs/>
                                        <w:sz w:val="48"/>
                                        <w:szCs w:val="44"/>
                                        <w:lang w:val="en-AU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Times New Roman"/>
                                        <w:sz w:val="48"/>
                                        <w:szCs w:val="44"/>
                                        <w:lang w:val="en-AU"/>
                                      </w:rPr>
                                      <m:t>q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Times New Roman"/>
                                        <w:sz w:val="48"/>
                                        <w:szCs w:val="44"/>
                                        <w:lang w:val="en-AU"/>
                                      </w:rPr>
                                      <m:t>n</m:t>
                                    </m:r>
                                  </m:den>
                                </m:f>
                              </m:oMath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E710E2" id="Group 10" o:spid="_x0000_s1044" style="position:absolute;margin-left:182.3pt;margin-top:15.7pt;width:232.25pt;height:193.95pt;z-index:251663360" coordsize="29496,2462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">
                <v:shape id="Text Box 8" o:spid="_x0000_s1045" type="#_x0000_t202" style="position:absolute;width:16518;height:246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" fillcolor="white [3201]" stroked="f" strokeweight=".5pt">
                  <v:textbox>
                    <w:txbxContent>
                      <w:p w14:paraId="54197447" w14:textId="4E515EED" w:rsidR="00A17F3C" w:rsidRPr="00E13876" w:rsidRDefault="00A17F3C" w:rsidP="00E13876">
                        <w:pPr>
                          <w:spacing w:before="360" w:after="360"/>
                          <w:rPr>
                            <w:rFonts w:ascii="Arial Rounded MT Bold" w:hAnsi="Arial Rounded MT Bold"/>
                            <w:sz w:val="44"/>
                            <w:szCs w:val="40"/>
                            <w:lang w:val="en-AU"/>
                          </w:rPr>
                        </w:pPr>
                        <w:r w:rsidRPr="00E13876">
                          <w:rPr>
                            <w:rFonts w:ascii="Arial Rounded MT Bold" w:hAnsi="Arial Rounded MT Bold"/>
                            <w:sz w:val="44"/>
                            <w:szCs w:val="40"/>
                            <w:lang w:val="en-AU"/>
                          </w:rPr>
                          <w:t>Quokka</w:t>
                        </w:r>
                        <w:r w:rsidR="00E13876">
                          <w:rPr>
                            <w:rFonts w:ascii="Arial Rounded MT Bold" w:hAnsi="Arial Rounded MT Bold"/>
                            <w:sz w:val="44"/>
                            <w:szCs w:val="40"/>
                            <w:lang w:val="en-AU"/>
                          </w:rPr>
                          <w:t>’s</w:t>
                        </w:r>
                      </w:p>
                      <w:p w14:paraId="045F08EC" w14:textId="245B47AF" w:rsidR="00A17F3C" w:rsidRPr="00E13876" w:rsidRDefault="00A17F3C" w:rsidP="00E13876">
                        <w:pPr>
                          <w:spacing w:before="360" w:after="360"/>
                          <w:rPr>
                            <w:rFonts w:ascii="Arial Rounded MT Bold" w:hAnsi="Arial Rounded MT Bold"/>
                            <w:sz w:val="44"/>
                            <w:szCs w:val="40"/>
                            <w:lang w:val="en-AU"/>
                          </w:rPr>
                        </w:pPr>
                        <w:r w:rsidRPr="00E13876">
                          <w:rPr>
                            <w:rFonts w:ascii="Arial Rounded MT Bold" w:hAnsi="Arial Rounded MT Bold"/>
                            <w:sz w:val="44"/>
                            <w:szCs w:val="40"/>
                            <w:lang w:val="en-AU"/>
                          </w:rPr>
                          <w:t>Naturally</w:t>
                        </w:r>
                      </w:p>
                      <w:p w14:paraId="2A3F7C53" w14:textId="0A74499A" w:rsidR="00A17F3C" w:rsidRPr="00E13876" w:rsidRDefault="00E13876" w:rsidP="00E13876">
                        <w:pPr>
                          <w:spacing w:before="360" w:after="360"/>
                          <w:rPr>
                            <w:rFonts w:ascii="Arial Rounded MT Bold" w:hAnsi="Arial Rounded MT Bold"/>
                            <w:sz w:val="44"/>
                            <w:szCs w:val="40"/>
                            <w:lang w:val="en-AU"/>
                          </w:rPr>
                        </w:pPr>
                        <w:r w:rsidRPr="00E13876">
                          <w:rPr>
                            <w:rFonts w:ascii="Arial Rounded MT Bold" w:hAnsi="Arial Rounded MT Bold"/>
                            <w:sz w:val="44"/>
                            <w:szCs w:val="40"/>
                            <w:lang w:val="en-AU"/>
                          </w:rPr>
                          <w:t>Happy</w:t>
                        </w:r>
                      </w:p>
                    </w:txbxContent>
                  </v:textbox>
                </v:shape>
                <v:shape id="Text Box 9" o:spid="_x0000_s1046" type="#_x0000_t202" style="position:absolute;left:15043;top:2064;width:14453;height:47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" fillcolor="white [3201]" stroked="f" strokeweight=".5pt">
                  <v:textbox>
                    <w:txbxContent>
                      <w:p w14:paraId="79F4BF80" w14:textId="1B034DC3" w:rsidR="00E13876" w:rsidRPr="0061127F" w:rsidRDefault="00672B33">
                        <w:pPr>
                          <w:rPr>
                            <w:rFonts w:ascii="Times New Roman" w:hAnsi="Times New Roman" w:cs="Times New Roman"/>
                            <w:i/>
                            <w:iCs/>
                            <w:sz w:val="44"/>
                            <w:szCs w:val="40"/>
                            <w:lang w:val="en-AU"/>
                          </w:rPr>
                        </w:pPr>
                        <w:r w:rsidRPr="0061127F">
                          <w:rPr>
                            <w:rFonts w:ascii="Times New Roman" w:hAnsi="Times New Roman" w:cs="Times New Roman"/>
                            <w:i/>
                            <w:iCs/>
                            <w:sz w:val="44"/>
                            <w:szCs w:val="40"/>
                            <w:lang w:val="en-AU"/>
                          </w:rPr>
                          <w:t>q</w:t>
                        </w:r>
                        <w:r w:rsidR="00E13876" w:rsidRPr="0061127F">
                          <w:rPr>
                            <w:rFonts w:ascii="Times New Roman" w:hAnsi="Times New Roman" w:cs="Times New Roman"/>
                            <w:i/>
                            <w:iCs/>
                            <w:sz w:val="44"/>
                            <w:szCs w:val="40"/>
                            <w:lang w:val="en-AU"/>
                          </w:rPr>
                          <w:t xml:space="preserve"> = mc</w:t>
                        </w:r>
                        <w:r w:rsidR="008B37E5" w:rsidRPr="0061127F">
                          <w:rPr>
                            <w:rFonts w:ascii="Times New Roman" w:hAnsi="Times New Roman" w:cs="Times New Roman"/>
                            <w:i/>
                            <w:iCs/>
                            <w:sz w:val="44"/>
                            <w:szCs w:val="40"/>
                          </w:rPr>
                          <w:t>ΔT</w:t>
                        </w:r>
                      </w:p>
                    </w:txbxContent>
                  </v:textbox>
                </v:shape>
                <v:shape id="Text Box 9" o:spid="_x0000_s1047" type="#_x0000_t202" style="position:absolute;left:15043;top:7964;width:11209;height:722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" fillcolor="white [3201]" stroked="f" strokeweight=".5pt">
                  <v:textbox>
                    <w:txbxContent>
                      <w:p w14:paraId="570FEA4B" w14:textId="0E4E2210" w:rsidR="00AE7998" w:rsidRPr="00027078" w:rsidRDefault="00AE7998" w:rsidP="00AE7998">
                        <w:pPr>
                          <w:rPr>
                            <w:rFonts w:ascii="Times New Roman" w:hAnsi="Times New Roman" w:cs="Times New Roman"/>
                            <w:i/>
                            <w:iCs/>
                            <w:sz w:val="48"/>
                            <w:szCs w:val="44"/>
                            <w:lang w:val="en-AU"/>
                          </w:rPr>
                        </w:pPr>
                        <w:r w:rsidRPr="00027078">
                          <w:rPr>
                            <w:rFonts w:ascii="Times New Roman" w:hAnsi="Times New Roman" w:cs="Times New Roman"/>
                            <w:i/>
                            <w:iCs/>
                            <w:sz w:val="48"/>
                            <w:szCs w:val="44"/>
                            <w:lang w:val="en-AU"/>
                          </w:rPr>
                          <w:t xml:space="preserve">n =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sz w:val="48"/>
                                  <w:szCs w:val="44"/>
                                  <w:lang w:val="en-AU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Times New Roman"/>
                                  <w:sz w:val="48"/>
                                  <w:szCs w:val="44"/>
                                  <w:lang w:val="en-AU"/>
                                </w:rPr>
                                <m:t>m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Times New Roman"/>
                                  <w:sz w:val="48"/>
                                  <w:szCs w:val="44"/>
                                  <w:lang w:val="en-AU"/>
                                </w:rPr>
                                <m:t>M</m:t>
                              </m:r>
                            </m:den>
                          </m:f>
                        </m:oMath>
                      </w:p>
                    </w:txbxContent>
                  </v:textbox>
                </v:shape>
                <v:shape id="Text Box 9" o:spid="_x0000_s1048" type="#_x0000_t202" style="position:absolute;left:14158;top:15043;width:11209;height:64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" fillcolor="white [3201]" stroked="f" strokeweight=".5pt">
                  <v:textbox>
                    <w:txbxContent>
                      <w:p w14:paraId="735670AC" w14:textId="556ED88E" w:rsidR="00B2524C" w:rsidRPr="00027078" w:rsidRDefault="00B2524C" w:rsidP="00B2524C">
                        <w:pPr>
                          <w:rPr>
                            <w:rFonts w:ascii="Times New Roman" w:hAnsi="Times New Roman" w:cs="Times New Roman"/>
                            <w:i/>
                            <w:iCs/>
                            <w:sz w:val="48"/>
                            <w:szCs w:val="44"/>
                            <w:lang w:val="en-AU"/>
                          </w:rPr>
                        </w:pPr>
                        <w:r w:rsidRPr="00FA6B76">
                          <w:rPr>
                            <w:sz w:val="44"/>
                            <w:szCs w:val="44"/>
                          </w:rPr>
                          <w:t>Δ</w:t>
                        </w:r>
                        <w:r w:rsidRPr="00FA6B76">
                          <w:rPr>
                            <w:rFonts w:ascii="Times New Roman" w:hAnsi="Times New Roman" w:cs="Times New Roman"/>
                            <w:i/>
                            <w:iCs/>
                            <w:sz w:val="44"/>
                            <w:szCs w:val="44"/>
                          </w:rPr>
                          <w:t>H</w:t>
                        </w:r>
                        <w:r w:rsidRPr="00FA6B76">
                          <w:rPr>
                            <w:rFonts w:ascii="Times New Roman" w:hAnsi="Times New Roman" w:cs="Times New Roman"/>
                            <w:i/>
                            <w:iCs/>
                            <w:sz w:val="44"/>
                            <w:szCs w:val="44"/>
                            <w:lang w:val="en-AU"/>
                          </w:rPr>
                          <w:t xml:space="preserve"> </w:t>
                        </w:r>
                        <w:r w:rsidRPr="00027078">
                          <w:rPr>
                            <w:rFonts w:ascii="Times New Roman" w:hAnsi="Times New Roman" w:cs="Times New Roman"/>
                            <w:i/>
                            <w:iCs/>
                            <w:sz w:val="48"/>
                            <w:szCs w:val="44"/>
                            <w:lang w:val="en-AU"/>
                          </w:rPr>
                          <w:t xml:space="preserve">=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sz w:val="48"/>
                                  <w:szCs w:val="44"/>
                                  <w:lang w:val="en-AU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Times New Roman"/>
                                  <w:sz w:val="48"/>
                                  <w:szCs w:val="44"/>
                                  <w:lang w:val="en-AU"/>
                                </w:rPr>
                                <m:t>q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Times New Roman"/>
                                  <w:sz w:val="48"/>
                                  <w:szCs w:val="44"/>
                                  <w:lang w:val="en-AU"/>
                                </w:rPr>
                                <m:t>n</m:t>
                              </m:r>
                            </m:den>
                          </m:f>
                        </m:oMath>
                      </w:p>
                    </w:txbxContent>
                  </v:textbox>
                </v:shape>
              </v:group>
            </w:pict>
          </mc:Fallback>
        </mc:AlternateContent>
      </w:r>
    </w:p>
    <w:sectPr w:rsidR="002836BC" w:rsidSect="00680F5D">
      <w:footerReference w:type="default" r:id="rId19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B1FB85" w14:textId="77777777" w:rsidR="00641022" w:rsidRDefault="00641022">
      <w:pPr>
        <w:spacing w:after="0" w:line="240" w:lineRule="auto"/>
      </w:pPr>
      <w:r>
        <w:separator/>
      </w:r>
    </w:p>
  </w:endnote>
  <w:endnote w:type="continuationSeparator" w:id="0">
    <w:p w14:paraId="0192AA5C" w14:textId="77777777" w:rsidR="00641022" w:rsidRDefault="006410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2630F" w14:textId="7ADA094C" w:rsidR="005B256C" w:rsidRDefault="00244815">
    <w:pPr>
      <w:pStyle w:val="Footer"/>
      <w:jc w:val="center"/>
    </w:pPr>
    <w:r>
      <w:fldChar w:fldCharType="begin"/>
    </w:r>
    <w:r>
      <w:instrText>PAGE</w:instrText>
    </w:r>
    <w:r>
      <w:fldChar w:fldCharType="separate"/>
    </w:r>
    <w:r w:rsidR="00055623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70DE50" w14:textId="77777777" w:rsidR="00641022" w:rsidRDefault="00641022">
      <w:pPr>
        <w:spacing w:after="0" w:line="240" w:lineRule="auto"/>
      </w:pPr>
      <w:r>
        <w:separator/>
      </w:r>
    </w:p>
  </w:footnote>
  <w:footnote w:type="continuationSeparator" w:id="0">
    <w:p w14:paraId="0F7869E4" w14:textId="77777777" w:rsidR="00641022" w:rsidRDefault="006410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71169011">
    <w:abstractNumId w:val="8"/>
  </w:num>
  <w:num w:numId="2" w16cid:durableId="1552378593">
    <w:abstractNumId w:val="6"/>
  </w:num>
  <w:num w:numId="3" w16cid:durableId="212623392">
    <w:abstractNumId w:val="5"/>
  </w:num>
  <w:num w:numId="4" w16cid:durableId="1898278507">
    <w:abstractNumId w:val="4"/>
  </w:num>
  <w:num w:numId="5" w16cid:durableId="965817133">
    <w:abstractNumId w:val="7"/>
  </w:num>
  <w:num w:numId="6" w16cid:durableId="929779831">
    <w:abstractNumId w:val="3"/>
  </w:num>
  <w:num w:numId="7" w16cid:durableId="473327508">
    <w:abstractNumId w:val="2"/>
  </w:num>
  <w:num w:numId="8" w16cid:durableId="1955673893">
    <w:abstractNumId w:val="1"/>
  </w:num>
  <w:num w:numId="9" w16cid:durableId="91707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27B8"/>
    <w:rsid w:val="00027078"/>
    <w:rsid w:val="00034616"/>
    <w:rsid w:val="00055623"/>
    <w:rsid w:val="0006063C"/>
    <w:rsid w:val="000C5606"/>
    <w:rsid w:val="000D2FC7"/>
    <w:rsid w:val="000F585E"/>
    <w:rsid w:val="000F65A1"/>
    <w:rsid w:val="0011021C"/>
    <w:rsid w:val="0015074B"/>
    <w:rsid w:val="001714E9"/>
    <w:rsid w:val="001915A2"/>
    <w:rsid w:val="001A2A89"/>
    <w:rsid w:val="001A7AEE"/>
    <w:rsid w:val="001C781B"/>
    <w:rsid w:val="001E71DE"/>
    <w:rsid w:val="00244815"/>
    <w:rsid w:val="00255771"/>
    <w:rsid w:val="002836BC"/>
    <w:rsid w:val="0029639D"/>
    <w:rsid w:val="002C6E19"/>
    <w:rsid w:val="002E001D"/>
    <w:rsid w:val="00326F90"/>
    <w:rsid w:val="0036002B"/>
    <w:rsid w:val="00365104"/>
    <w:rsid w:val="00375D62"/>
    <w:rsid w:val="003A0F08"/>
    <w:rsid w:val="003C0046"/>
    <w:rsid w:val="00434FB0"/>
    <w:rsid w:val="00455165"/>
    <w:rsid w:val="004617E9"/>
    <w:rsid w:val="0052361F"/>
    <w:rsid w:val="005427B7"/>
    <w:rsid w:val="00542F4F"/>
    <w:rsid w:val="005B256C"/>
    <w:rsid w:val="005F309D"/>
    <w:rsid w:val="005F640A"/>
    <w:rsid w:val="0061127F"/>
    <w:rsid w:val="0063672B"/>
    <w:rsid w:val="00641022"/>
    <w:rsid w:val="00643B10"/>
    <w:rsid w:val="00660F3A"/>
    <w:rsid w:val="00672B33"/>
    <w:rsid w:val="00680F5D"/>
    <w:rsid w:val="006F2FE4"/>
    <w:rsid w:val="007375F2"/>
    <w:rsid w:val="007378A8"/>
    <w:rsid w:val="00741BB9"/>
    <w:rsid w:val="00742171"/>
    <w:rsid w:val="007508F1"/>
    <w:rsid w:val="007862EB"/>
    <w:rsid w:val="0079248D"/>
    <w:rsid w:val="008B37E5"/>
    <w:rsid w:val="009028F3"/>
    <w:rsid w:val="009369C9"/>
    <w:rsid w:val="0095258C"/>
    <w:rsid w:val="00977175"/>
    <w:rsid w:val="009A6A66"/>
    <w:rsid w:val="009E5070"/>
    <w:rsid w:val="00A17F3C"/>
    <w:rsid w:val="00A24236"/>
    <w:rsid w:val="00A51D62"/>
    <w:rsid w:val="00A72B9D"/>
    <w:rsid w:val="00AA1D8D"/>
    <w:rsid w:val="00AA72F7"/>
    <w:rsid w:val="00AD0374"/>
    <w:rsid w:val="00AE7998"/>
    <w:rsid w:val="00B20047"/>
    <w:rsid w:val="00B2524C"/>
    <w:rsid w:val="00B34E65"/>
    <w:rsid w:val="00B35BBC"/>
    <w:rsid w:val="00B47730"/>
    <w:rsid w:val="00B50201"/>
    <w:rsid w:val="00B7642F"/>
    <w:rsid w:val="00BF1307"/>
    <w:rsid w:val="00C05311"/>
    <w:rsid w:val="00CB0664"/>
    <w:rsid w:val="00CE7DCC"/>
    <w:rsid w:val="00D25AB3"/>
    <w:rsid w:val="00D862C1"/>
    <w:rsid w:val="00DC24F5"/>
    <w:rsid w:val="00E13876"/>
    <w:rsid w:val="00E154B2"/>
    <w:rsid w:val="00E227BE"/>
    <w:rsid w:val="00E34D49"/>
    <w:rsid w:val="00E966BA"/>
    <w:rsid w:val="00EB0002"/>
    <w:rsid w:val="00EC7546"/>
    <w:rsid w:val="00EE4828"/>
    <w:rsid w:val="00F006CE"/>
    <w:rsid w:val="00F37672"/>
    <w:rsid w:val="00F42311"/>
    <w:rsid w:val="00F838EA"/>
    <w:rsid w:val="00FA052C"/>
    <w:rsid w:val="00FA6B7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A7BFCA9D-1B67-B84F-8701-477B33DEE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771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5623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244061" w:themeColor="accent1" w:themeShade="80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55623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244061" w:themeColor="accent1" w:themeShade="80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55623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365F91" w:themeColor="accent1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055623"/>
    <w:rPr>
      <w:rFonts w:ascii="Arial" w:eastAsiaTheme="majorEastAsia" w:hAnsi="Arial" w:cstheme="majorBidi"/>
      <w:b/>
      <w:bCs/>
      <w:color w:val="244061" w:themeColor="accent1" w:themeShade="80"/>
      <w:sz w:val="3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55623"/>
    <w:rPr>
      <w:rFonts w:ascii="Arial" w:eastAsiaTheme="majorEastAsia" w:hAnsi="Arial" w:cstheme="majorBidi"/>
      <w:b/>
      <w:bCs/>
      <w:color w:val="244061" w:themeColor="accent1" w:themeShade="80"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55623"/>
    <w:rPr>
      <w:rFonts w:ascii="Arial" w:eastAsiaTheme="majorEastAsia" w:hAnsi="Arial" w:cstheme="majorBidi"/>
      <w:b/>
      <w:bCs/>
      <w:color w:val="365F91" w:themeColor="accent1" w:themeShade="BF"/>
      <w:sz w:val="28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1915A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15A2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E1387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sv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hem.libretexts.org/Bookshelves/Physical_and_Theoretical_Chemistry_Textbook_Maps/Supplemental_Modules_%28Physical_and_Theoretical_Chemistry%29/Thermodynamics/Calorimetry/Constant_Volume_Calorimetry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2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chem.libretexts.org/Bookshelves/Physical_and_Theoretical_Chemistry_Textbook_Maps/Supplemental_Modules_%28Physical_and_Theoretical_Chemistry%29/Thermodynamics/Calorimetry/Constant_Volume_Calorimetry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10</Pages>
  <Words>1140</Words>
  <Characters>5044</Characters>
  <Application>Microsoft Office Word</Application>
  <DocSecurity>0</DocSecurity>
  <Lines>210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6094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Adele Hudson</cp:lastModifiedBy>
  <cp:revision>18</cp:revision>
  <cp:lastPrinted>2026-02-08T22:32:00Z</cp:lastPrinted>
  <dcterms:created xsi:type="dcterms:W3CDTF">2026-02-08T11:27:00Z</dcterms:created>
  <dcterms:modified xsi:type="dcterms:W3CDTF">2026-02-17T07:55:00Z</dcterms:modified>
  <cp:category/>
</cp:coreProperties>
</file>